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D483A" w14:textId="7EAB9D95" w:rsidR="00334D22" w:rsidRPr="007959AB" w:rsidRDefault="001D65A1" w:rsidP="007959AB">
      <w:pPr>
        <w:spacing w:line="360" w:lineRule="exact"/>
        <w:rPr>
          <w:rFonts w:hAnsi="ＭＳ 明朝" w:cs="ＭＳ 明朝"/>
          <w:lang w:val="ja-JP" w:eastAsia="ja-JP"/>
        </w:rPr>
      </w:pPr>
      <w:bookmarkStart w:id="0" w:name="_GoBack"/>
      <w:bookmarkEnd w:id="0"/>
      <w:r w:rsidRPr="007959AB">
        <w:rPr>
          <w:rFonts w:hAnsi="ＭＳ 明朝" w:cs="Times New Roman" w:hint="eastAsia"/>
          <w:kern w:val="2"/>
          <w:lang w:eastAsia="ja-JP"/>
        </w:rPr>
        <w:t>様式</w:t>
      </w:r>
      <w:r w:rsidR="00334D22" w:rsidRPr="007959AB">
        <w:rPr>
          <w:rFonts w:hAnsi="ＭＳ 明朝" w:cs="Times New Roman" w:hint="eastAsia"/>
          <w:kern w:val="2"/>
          <w:lang w:eastAsia="ja-JP"/>
        </w:rPr>
        <w:t>第１号（第</w:t>
      </w:r>
      <w:r w:rsidR="00F77E1D" w:rsidRPr="007959AB">
        <w:rPr>
          <w:rFonts w:hAnsi="ＭＳ 明朝" w:cs="Times New Roman" w:hint="eastAsia"/>
          <w:kern w:val="2"/>
          <w:lang w:eastAsia="ja-JP"/>
        </w:rPr>
        <w:t>２</w:t>
      </w:r>
      <w:r w:rsidR="00334D22" w:rsidRPr="007959AB">
        <w:rPr>
          <w:rFonts w:hAnsi="ＭＳ 明朝" w:cs="Times New Roman" w:hint="eastAsia"/>
          <w:kern w:val="2"/>
          <w:lang w:eastAsia="ja-JP"/>
        </w:rPr>
        <w:t>条関係）</w:t>
      </w:r>
    </w:p>
    <w:p w14:paraId="4C547FDD" w14:textId="77777777" w:rsidR="007959AB" w:rsidRPr="007959AB" w:rsidRDefault="007959AB" w:rsidP="007959AB">
      <w:pPr>
        <w:spacing w:line="360" w:lineRule="exact"/>
        <w:rPr>
          <w:rFonts w:hAnsi="ＭＳ 明朝" w:cs="ＭＳ 明朝"/>
          <w:lang w:val="ja-JP" w:eastAsia="ja-JP"/>
        </w:rPr>
      </w:pPr>
    </w:p>
    <w:p w14:paraId="2C6F7C03" w14:textId="7244C38E" w:rsidR="00671E31" w:rsidRPr="007959AB" w:rsidRDefault="00671E31" w:rsidP="007959AB">
      <w:pPr>
        <w:widowControl w:val="0"/>
        <w:autoSpaceDN w:val="0"/>
        <w:spacing w:after="0" w:line="360" w:lineRule="exact"/>
        <w:jc w:val="center"/>
        <w:rPr>
          <w:rFonts w:hAnsi="ＭＳ 明朝" w:cs="Times New Roman"/>
          <w:kern w:val="2"/>
          <w:lang w:eastAsia="ja-JP"/>
        </w:rPr>
      </w:pPr>
      <w:r w:rsidRPr="007959AB">
        <w:rPr>
          <w:rFonts w:hAnsi="ＭＳ 明朝" w:cs="Times New Roman" w:hint="eastAsia"/>
          <w:kern w:val="2"/>
          <w:lang w:eastAsia="ja-JP"/>
        </w:rPr>
        <w:t>空家等管理活用支援法人指定申請書</w:t>
      </w:r>
    </w:p>
    <w:p w14:paraId="4A39F4C1" w14:textId="77777777" w:rsidR="00671E31" w:rsidRPr="007959AB" w:rsidRDefault="00671E31" w:rsidP="007959AB">
      <w:pPr>
        <w:widowControl w:val="0"/>
        <w:autoSpaceDN w:val="0"/>
        <w:spacing w:after="0" w:line="360" w:lineRule="exact"/>
        <w:jc w:val="both"/>
        <w:rPr>
          <w:rFonts w:hAnsi="ＭＳ 明朝" w:cs="Times New Roman"/>
          <w:kern w:val="2"/>
          <w:lang w:eastAsia="ja-JP"/>
        </w:rPr>
      </w:pPr>
    </w:p>
    <w:p w14:paraId="6C362846" w14:textId="415635F7" w:rsidR="007959AB" w:rsidRPr="007959AB" w:rsidRDefault="007959AB" w:rsidP="007959AB">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kern w:val="2"/>
          <w:lang w:eastAsia="ja-JP"/>
        </w:rPr>
        <w:t>年　月　日</w:t>
      </w:r>
    </w:p>
    <w:p w14:paraId="2D47D911" w14:textId="77777777" w:rsidR="00306BFF" w:rsidRPr="007959AB" w:rsidRDefault="00306BFF" w:rsidP="007959AB">
      <w:pPr>
        <w:widowControl w:val="0"/>
        <w:autoSpaceDN w:val="0"/>
        <w:spacing w:after="0" w:line="360" w:lineRule="exact"/>
        <w:jc w:val="both"/>
        <w:rPr>
          <w:rFonts w:hAnsi="ＭＳ 明朝" w:cs="Times New Roman"/>
          <w:kern w:val="2"/>
          <w:lang w:eastAsia="ja-JP"/>
        </w:rPr>
      </w:pPr>
    </w:p>
    <w:p w14:paraId="0028C259" w14:textId="4746E1B1" w:rsidR="00334D22" w:rsidRPr="007959AB" w:rsidRDefault="00334D22" w:rsidP="007959AB">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松前町長　　　　様</w:t>
      </w:r>
    </w:p>
    <w:p w14:paraId="36B48BC0" w14:textId="77777777" w:rsidR="00334D22" w:rsidRPr="007959AB" w:rsidRDefault="00334D22" w:rsidP="007959AB">
      <w:pPr>
        <w:widowControl w:val="0"/>
        <w:autoSpaceDN w:val="0"/>
        <w:spacing w:after="0" w:line="360" w:lineRule="exact"/>
        <w:jc w:val="both"/>
        <w:rPr>
          <w:rFonts w:hAnsi="ＭＳ 明朝" w:cs="Times New Roman"/>
          <w:kern w:val="2"/>
          <w:lang w:eastAsia="ja-JP"/>
        </w:rPr>
      </w:pPr>
    </w:p>
    <w:p w14:paraId="4762202A" w14:textId="77777777" w:rsidR="00334D22" w:rsidRPr="007959AB" w:rsidRDefault="00334D22" w:rsidP="007959AB">
      <w:pPr>
        <w:widowControl w:val="0"/>
        <w:autoSpaceDN w:val="0"/>
        <w:spacing w:after="0" w:line="360" w:lineRule="exact"/>
        <w:ind w:leftChars="2227" w:left="4899" w:firstLineChars="500" w:firstLine="1100"/>
        <w:jc w:val="both"/>
        <w:rPr>
          <w:rFonts w:hAnsi="ＭＳ 明朝" w:cs="Times New Roman"/>
          <w:kern w:val="2"/>
          <w:lang w:eastAsia="ja-JP"/>
        </w:rPr>
      </w:pPr>
      <w:r w:rsidRPr="007959AB">
        <w:rPr>
          <w:rFonts w:hAnsi="ＭＳ 明朝" w:cs="Times New Roman" w:hint="eastAsia"/>
          <w:kern w:val="2"/>
          <w:lang w:eastAsia="ja-JP"/>
        </w:rPr>
        <w:t>住　　　　所</w:t>
      </w:r>
    </w:p>
    <w:p w14:paraId="260BA34F" w14:textId="5074C9BB" w:rsidR="00334D22" w:rsidRPr="007959AB" w:rsidRDefault="00334D22" w:rsidP="007959AB">
      <w:pPr>
        <w:widowControl w:val="0"/>
        <w:autoSpaceDN w:val="0"/>
        <w:spacing w:after="0" w:line="360" w:lineRule="exact"/>
        <w:ind w:leftChars="2227" w:left="4899" w:firstLineChars="500" w:firstLine="1100"/>
        <w:jc w:val="both"/>
        <w:rPr>
          <w:rFonts w:hAnsi="ＭＳ 明朝" w:cs="Times New Roman"/>
          <w:kern w:val="2"/>
          <w:lang w:eastAsia="ja-JP"/>
        </w:rPr>
      </w:pPr>
      <w:r w:rsidRPr="007959AB">
        <w:rPr>
          <w:rFonts w:hAnsi="ＭＳ 明朝" w:cs="Times New Roman" w:hint="eastAsia"/>
          <w:kern w:val="2"/>
          <w:lang w:eastAsia="ja-JP"/>
        </w:rPr>
        <w:t>商号又は名称</w:t>
      </w:r>
    </w:p>
    <w:p w14:paraId="2784CBD1" w14:textId="26E70EDB" w:rsidR="00334D22" w:rsidRPr="007959AB" w:rsidRDefault="007959AB" w:rsidP="00B44BED">
      <w:pPr>
        <w:widowControl w:val="0"/>
        <w:autoSpaceDN w:val="0"/>
        <w:spacing w:after="0" w:line="360" w:lineRule="exact"/>
        <w:ind w:firstLineChars="2200" w:firstLine="6050"/>
        <w:jc w:val="both"/>
        <w:rPr>
          <w:rFonts w:hAnsi="ＭＳ 明朝" w:cs="Times New Roman"/>
          <w:kern w:val="2"/>
          <w:lang w:eastAsia="ja-JP"/>
        </w:rPr>
      </w:pPr>
      <w:r w:rsidRPr="00645D73">
        <w:rPr>
          <w:rFonts w:hAnsi="ＭＳ 明朝" w:cs="Times New Roman" w:hint="eastAsia"/>
          <w:spacing w:val="55"/>
          <w:fitText w:val="1320" w:id="-425968896"/>
          <w:lang w:eastAsia="ja-JP"/>
        </w:rPr>
        <w:t>代表者氏</w:t>
      </w:r>
      <w:r w:rsidRPr="00645D73">
        <w:rPr>
          <w:rFonts w:hAnsi="ＭＳ 明朝" w:cs="Times New Roman" w:hint="eastAsia"/>
          <w:fitText w:val="1320" w:id="-425968896"/>
          <w:lang w:eastAsia="ja-JP"/>
        </w:rPr>
        <w:t>名</w:t>
      </w:r>
      <w:r w:rsidR="00645D73" w:rsidRPr="007959AB">
        <w:rPr>
          <w:rFonts w:hAnsi="ＭＳ 明朝" w:cs="Times New Roman" w:hint="eastAsia"/>
          <w:lang w:eastAsia="ja-JP"/>
        </w:rPr>
        <w:t xml:space="preserve">　　</w:t>
      </w:r>
      <w:r w:rsidR="00645D73" w:rsidRPr="007959AB">
        <w:rPr>
          <w:rFonts w:hAnsi="ＭＳ 明朝" w:cs="Times New Roman" w:hint="eastAsia"/>
          <w:kern w:val="2"/>
          <w:lang w:eastAsia="ja-JP"/>
        </w:rPr>
        <w:t xml:space="preserve">　　　　　　　　印</w:t>
      </w:r>
    </w:p>
    <w:p w14:paraId="0C502EAF" w14:textId="77777777" w:rsidR="00334D22" w:rsidRPr="007959AB" w:rsidRDefault="00334D22" w:rsidP="007959AB">
      <w:pPr>
        <w:widowControl w:val="0"/>
        <w:autoSpaceDN w:val="0"/>
        <w:spacing w:after="0" w:line="360" w:lineRule="exact"/>
        <w:jc w:val="both"/>
        <w:rPr>
          <w:rFonts w:hAnsi="ＭＳ 明朝" w:cs="Times New Roman"/>
          <w:kern w:val="2"/>
          <w:lang w:eastAsia="ja-JP"/>
        </w:rPr>
      </w:pPr>
    </w:p>
    <w:p w14:paraId="1C7E5D69" w14:textId="152CE977" w:rsidR="009C2553" w:rsidRPr="007959AB" w:rsidRDefault="00334D22" w:rsidP="007959AB">
      <w:pPr>
        <w:widowControl w:val="0"/>
        <w:autoSpaceDN w:val="0"/>
        <w:spacing w:after="0" w:line="360" w:lineRule="exact"/>
        <w:ind w:leftChars="100" w:left="220" w:firstLineChars="100" w:firstLine="220"/>
        <w:jc w:val="both"/>
        <w:rPr>
          <w:rFonts w:hAnsi="ＭＳ 明朝" w:cs="Times New Roman"/>
          <w:kern w:val="2"/>
          <w:lang w:eastAsia="ja-JP"/>
        </w:rPr>
      </w:pPr>
      <w:r w:rsidRPr="007959AB">
        <w:rPr>
          <w:rFonts w:hAnsi="ＭＳ 明朝" w:cs="Times New Roman" w:hint="eastAsia"/>
          <w:kern w:val="2"/>
          <w:lang w:eastAsia="ja-JP"/>
        </w:rPr>
        <w:t>空家等管理活用支援法人</w:t>
      </w:r>
      <w:r w:rsidR="009C2553" w:rsidRPr="007959AB">
        <w:rPr>
          <w:rFonts w:hAnsi="ＭＳ 明朝" w:cs="Times New Roman" w:hint="eastAsia"/>
          <w:kern w:val="2"/>
          <w:lang w:eastAsia="ja-JP"/>
        </w:rPr>
        <w:t>の指定を受けたいので、</w:t>
      </w:r>
      <w:r w:rsidR="009C2553" w:rsidRPr="007959AB">
        <w:rPr>
          <w:rFonts w:hAnsi="ＭＳ 明朝" w:cs="Times New Roman"/>
          <w:kern w:val="2"/>
          <w:lang w:eastAsia="ja-JP"/>
        </w:rPr>
        <w:t>松前町空家等管理活用支援法人の指定に関する要綱</w:t>
      </w:r>
      <w:r w:rsidR="009C2553" w:rsidRPr="007959AB">
        <w:rPr>
          <w:rFonts w:hAnsi="ＭＳ 明朝" w:cs="Times New Roman" w:hint="eastAsia"/>
          <w:kern w:val="2"/>
          <w:lang w:eastAsia="ja-JP"/>
        </w:rPr>
        <w:t>第２条の規定により</w:t>
      </w:r>
      <w:r w:rsidRPr="007959AB">
        <w:rPr>
          <w:rFonts w:hAnsi="ＭＳ 明朝" w:cs="Times New Roman" w:hint="eastAsia"/>
          <w:kern w:val="2"/>
          <w:lang w:eastAsia="ja-JP"/>
        </w:rPr>
        <w:t>申請します。</w:t>
      </w:r>
    </w:p>
    <w:p w14:paraId="536EF474" w14:textId="77777777" w:rsidR="00334D22" w:rsidRPr="007959AB" w:rsidRDefault="00334D22" w:rsidP="007959AB">
      <w:pPr>
        <w:widowControl w:val="0"/>
        <w:autoSpaceDN w:val="0"/>
        <w:spacing w:after="0" w:line="360" w:lineRule="exact"/>
        <w:jc w:val="both"/>
        <w:rPr>
          <w:rFonts w:hAnsi="ＭＳ 明朝" w:cs="Times New Roman"/>
          <w:kern w:val="2"/>
          <w:lang w:eastAsia="ja-JP"/>
        </w:rPr>
      </w:pPr>
    </w:p>
    <w:p w14:paraId="62A4EB84" w14:textId="5A531AAF" w:rsidR="00334D22" w:rsidRPr="007959AB" w:rsidRDefault="00334D22" w:rsidP="007959AB">
      <w:pPr>
        <w:widowControl w:val="0"/>
        <w:autoSpaceDN w:val="0"/>
        <w:spacing w:after="0" w:line="360" w:lineRule="exact"/>
        <w:jc w:val="center"/>
        <w:rPr>
          <w:rFonts w:hAnsi="ＭＳ 明朝" w:cs="Times New Roman"/>
          <w:kern w:val="2"/>
          <w:lang w:eastAsia="ja-JP"/>
        </w:rPr>
      </w:pPr>
    </w:p>
    <w:p w14:paraId="63EBC5FC" w14:textId="0170E6EE" w:rsidR="00334D22" w:rsidRPr="007959AB" w:rsidRDefault="00404AE1" w:rsidP="007A575B">
      <w:pPr>
        <w:spacing w:line="360" w:lineRule="exact"/>
        <w:rPr>
          <w:rFonts w:hAnsi="ＭＳ 明朝" w:cs="Times New Roman"/>
          <w:kern w:val="2"/>
          <w:lang w:eastAsia="ja-JP"/>
        </w:rPr>
      </w:pPr>
      <w:r w:rsidRPr="007959AB">
        <w:rPr>
          <w:rFonts w:hAnsi="ＭＳ 明朝" w:cs="Times New Roman"/>
          <w:kern w:val="2"/>
          <w:lang w:eastAsia="ja-JP"/>
        </w:rPr>
        <w:br w:type="page"/>
      </w:r>
    </w:p>
    <w:p w14:paraId="1E146E3C" w14:textId="032B359E" w:rsidR="00671E31" w:rsidRPr="007959AB" w:rsidRDefault="001D65A1" w:rsidP="002C20E7">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lastRenderedPageBreak/>
        <w:t>様式</w:t>
      </w:r>
      <w:r w:rsidR="00334D22" w:rsidRPr="007959AB">
        <w:rPr>
          <w:rFonts w:hAnsi="ＭＳ 明朝" w:cs="Times New Roman" w:hint="eastAsia"/>
          <w:kern w:val="2"/>
          <w:lang w:eastAsia="ja-JP"/>
        </w:rPr>
        <w:t>第２号（第</w:t>
      </w:r>
      <w:r w:rsidR="00AE0F66">
        <w:rPr>
          <w:rFonts w:hAnsi="ＭＳ 明朝" w:cs="Times New Roman" w:hint="eastAsia"/>
          <w:kern w:val="2"/>
          <w:lang w:eastAsia="ja-JP"/>
        </w:rPr>
        <w:t>３</w:t>
      </w:r>
      <w:r w:rsidR="00334D22" w:rsidRPr="007959AB">
        <w:rPr>
          <w:rFonts w:hAnsi="ＭＳ 明朝" w:cs="Times New Roman" w:hint="eastAsia"/>
          <w:kern w:val="2"/>
          <w:lang w:eastAsia="ja-JP"/>
        </w:rPr>
        <w:t>条関係）</w:t>
      </w:r>
    </w:p>
    <w:p w14:paraId="1830D6C6" w14:textId="77777777" w:rsidR="007959AB" w:rsidRPr="007959AB" w:rsidRDefault="007959AB" w:rsidP="002C20E7">
      <w:pPr>
        <w:widowControl w:val="0"/>
        <w:autoSpaceDN w:val="0"/>
        <w:spacing w:after="0" w:line="360" w:lineRule="exact"/>
        <w:jc w:val="both"/>
        <w:rPr>
          <w:rFonts w:hAnsi="ＭＳ 明朝" w:cs="Times New Roman"/>
          <w:kern w:val="2"/>
          <w:lang w:eastAsia="ja-JP"/>
        </w:rPr>
      </w:pPr>
    </w:p>
    <w:p w14:paraId="6317864C" w14:textId="53E36CF7" w:rsidR="00671E31" w:rsidRPr="007959AB" w:rsidRDefault="00C52C0F" w:rsidP="002C20E7">
      <w:pPr>
        <w:widowControl w:val="0"/>
        <w:autoSpaceDN w:val="0"/>
        <w:spacing w:after="0" w:line="360" w:lineRule="exact"/>
        <w:jc w:val="center"/>
        <w:rPr>
          <w:rFonts w:hAnsi="ＭＳ 明朝" w:cs="Times New Roman"/>
          <w:kern w:val="2"/>
          <w:lang w:eastAsia="ja-JP"/>
        </w:rPr>
      </w:pPr>
      <w:r w:rsidRPr="007959AB">
        <w:rPr>
          <w:rFonts w:hAnsi="ＭＳ 明朝" w:cs="Times New Roman"/>
          <w:kern w:val="2"/>
          <w:lang w:eastAsia="ja-JP"/>
        </w:rPr>
        <w:t>空家等管理活用支援法人指定通知書</w:t>
      </w:r>
    </w:p>
    <w:p w14:paraId="726D3858" w14:textId="77777777" w:rsidR="00671E31" w:rsidRDefault="00671E31" w:rsidP="002C20E7">
      <w:pPr>
        <w:widowControl w:val="0"/>
        <w:autoSpaceDN w:val="0"/>
        <w:spacing w:after="0" w:line="360" w:lineRule="exact"/>
        <w:jc w:val="both"/>
        <w:rPr>
          <w:rFonts w:hAnsi="ＭＳ 明朝" w:cs="Times New Roman"/>
          <w:kern w:val="2"/>
          <w:lang w:eastAsia="ja-JP"/>
        </w:rPr>
      </w:pPr>
    </w:p>
    <w:p w14:paraId="2923ED2C" w14:textId="189B66EF" w:rsidR="00551F19" w:rsidRPr="007959AB" w:rsidRDefault="00551F19" w:rsidP="00551F19">
      <w:pPr>
        <w:widowControl w:val="0"/>
        <w:wordWrap w:val="0"/>
        <w:autoSpaceDN w:val="0"/>
        <w:spacing w:after="0" w:line="360" w:lineRule="exact"/>
        <w:jc w:val="right"/>
        <w:rPr>
          <w:rFonts w:hAnsi="ＭＳ 明朝" w:cs="Times New Roman"/>
          <w:kern w:val="2"/>
          <w:lang w:eastAsia="ja-JP"/>
        </w:rPr>
      </w:pPr>
      <w:r>
        <w:rPr>
          <w:rFonts w:hAnsi="ＭＳ 明朝" w:cs="Times New Roman" w:hint="eastAsia"/>
          <w:kern w:val="2"/>
          <w:lang w:eastAsia="ja-JP"/>
        </w:rPr>
        <w:t>第　号</w:t>
      </w:r>
    </w:p>
    <w:p w14:paraId="7CD3AF37" w14:textId="7373B0D4" w:rsidR="007959AB" w:rsidRPr="007959AB" w:rsidRDefault="007959AB" w:rsidP="007959AB">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kern w:val="2"/>
          <w:lang w:eastAsia="ja-JP"/>
        </w:rPr>
        <w:t>年　月　日</w:t>
      </w:r>
    </w:p>
    <w:p w14:paraId="32D05BE6" w14:textId="77777777" w:rsidR="00671E31" w:rsidRPr="007959AB" w:rsidRDefault="00671E31" w:rsidP="002C20E7">
      <w:pPr>
        <w:widowControl w:val="0"/>
        <w:autoSpaceDN w:val="0"/>
        <w:spacing w:after="0" w:line="360" w:lineRule="exact"/>
        <w:jc w:val="both"/>
        <w:rPr>
          <w:rFonts w:hAnsi="ＭＳ 明朝" w:cs="Times New Roman"/>
          <w:kern w:val="2"/>
          <w:lang w:eastAsia="ja-JP"/>
        </w:rPr>
      </w:pPr>
    </w:p>
    <w:p w14:paraId="2C21105E" w14:textId="2CDBC110" w:rsidR="00334D22" w:rsidRPr="007959AB" w:rsidRDefault="007959AB" w:rsidP="002C20E7">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color w:val="FFFFFF"/>
          <w:kern w:val="2"/>
          <w:lang w:eastAsia="ja-JP"/>
        </w:rPr>
        <w:t xml:space="preserve">　　　　　　　　　　</w:t>
      </w:r>
      <w:r w:rsidR="00334D22" w:rsidRPr="007959AB">
        <w:rPr>
          <w:rFonts w:hAnsi="ＭＳ 明朝" w:cs="Times New Roman" w:hint="eastAsia"/>
          <w:kern w:val="2"/>
          <w:lang w:eastAsia="ja-JP"/>
        </w:rPr>
        <w:t>様</w:t>
      </w:r>
    </w:p>
    <w:p w14:paraId="0B7DB401" w14:textId="77777777" w:rsidR="00334D22" w:rsidRPr="007959AB" w:rsidRDefault="00334D22" w:rsidP="002C20E7">
      <w:pPr>
        <w:widowControl w:val="0"/>
        <w:autoSpaceDN w:val="0"/>
        <w:spacing w:after="0" w:line="360" w:lineRule="exact"/>
        <w:jc w:val="both"/>
        <w:rPr>
          <w:rFonts w:hAnsi="ＭＳ 明朝" w:cs="Times New Roman"/>
          <w:kern w:val="2"/>
          <w:lang w:eastAsia="ja-JP"/>
        </w:rPr>
      </w:pPr>
    </w:p>
    <w:p w14:paraId="706F3346" w14:textId="483BA1D8" w:rsidR="00334D22" w:rsidRPr="007959AB" w:rsidRDefault="00334D22" w:rsidP="002C20E7">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t xml:space="preserve">　　　　　　　　　　　　　　　　　　　　　　　　　　　　　松前町長</w:t>
      </w:r>
      <w:r w:rsidR="00291AEA">
        <w:rPr>
          <w:rFonts w:hAnsi="ＭＳ 明朝" w:cs="Times New Roman" w:hint="eastAsia"/>
          <w:kern w:val="2"/>
          <w:lang w:eastAsia="ja-JP"/>
        </w:rPr>
        <w:t xml:space="preserve">　　　　　　　　　　　印</w:t>
      </w:r>
    </w:p>
    <w:p w14:paraId="4ADCCFEB"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5623F955" w14:textId="531E3EBC" w:rsidR="00334D22" w:rsidRPr="007959AB" w:rsidRDefault="00334D22" w:rsidP="002D1123">
      <w:pPr>
        <w:widowControl w:val="0"/>
        <w:autoSpaceDN w:val="0"/>
        <w:spacing w:after="0" w:line="360" w:lineRule="exact"/>
        <w:ind w:firstLineChars="400" w:firstLine="880"/>
        <w:jc w:val="both"/>
        <w:rPr>
          <w:rFonts w:hAnsi="ＭＳ 明朝" w:cs="Times New Roman"/>
          <w:kern w:val="2"/>
          <w:lang w:eastAsia="ja-JP"/>
        </w:rPr>
      </w:pPr>
      <w:r w:rsidRPr="007959AB">
        <w:rPr>
          <w:rFonts w:hAnsi="ＭＳ 明朝" w:cs="Times New Roman" w:hint="eastAsia"/>
          <w:kern w:val="2"/>
          <w:lang w:eastAsia="ja-JP"/>
        </w:rPr>
        <w:t>年　月　日付け</w:t>
      </w:r>
      <w:r w:rsidR="00C52C0F" w:rsidRPr="007959AB">
        <w:rPr>
          <w:rFonts w:hAnsi="ＭＳ 明朝" w:cs="Times New Roman" w:hint="eastAsia"/>
          <w:kern w:val="2"/>
          <w:lang w:eastAsia="ja-JP"/>
        </w:rPr>
        <w:t>で申請のあった空家等管理活用支援法人の指定について次のとおり決定したので、</w:t>
      </w:r>
      <w:r w:rsidR="00C52C0F" w:rsidRPr="007959AB">
        <w:rPr>
          <w:rFonts w:hAnsi="ＭＳ 明朝" w:hint="eastAsia"/>
          <w:lang w:eastAsia="ja-JP"/>
        </w:rPr>
        <w:t>松前町空家等管理活用支援法人の指定に関する要綱第</w:t>
      </w:r>
      <w:r w:rsidR="00AE0F66">
        <w:rPr>
          <w:rFonts w:hAnsi="ＭＳ 明朝" w:hint="eastAsia"/>
          <w:lang w:eastAsia="ja-JP"/>
        </w:rPr>
        <w:t>３</w:t>
      </w:r>
      <w:r w:rsidR="00C52C0F" w:rsidRPr="007959AB">
        <w:rPr>
          <w:rFonts w:hAnsi="ＭＳ 明朝" w:hint="eastAsia"/>
          <w:lang w:eastAsia="ja-JP"/>
        </w:rPr>
        <w:t>条の規定により</w:t>
      </w:r>
      <w:r w:rsidRPr="007959AB">
        <w:rPr>
          <w:rFonts w:hAnsi="ＭＳ 明朝" w:cs="Times New Roman" w:hint="eastAsia"/>
          <w:kern w:val="2"/>
          <w:lang w:eastAsia="ja-JP"/>
        </w:rPr>
        <w:t>通知</w:t>
      </w:r>
      <w:r w:rsidR="00C52C0F" w:rsidRPr="007959AB">
        <w:rPr>
          <w:rFonts w:hAnsi="ＭＳ 明朝" w:cs="Times New Roman" w:hint="eastAsia"/>
          <w:kern w:val="2"/>
          <w:lang w:eastAsia="ja-JP"/>
        </w:rPr>
        <w:t>する</w:t>
      </w:r>
      <w:r w:rsidRPr="007959AB">
        <w:rPr>
          <w:rFonts w:hAnsi="ＭＳ 明朝" w:cs="Times New Roman" w:hint="eastAsia"/>
          <w:kern w:val="2"/>
          <w:lang w:eastAsia="ja-JP"/>
        </w:rPr>
        <w:t>。</w:t>
      </w:r>
    </w:p>
    <w:p w14:paraId="5E0B7D37"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3D211409" w14:textId="77777777" w:rsidR="00334D22" w:rsidRPr="007959AB" w:rsidRDefault="00334D22" w:rsidP="007959AB">
      <w:pPr>
        <w:widowControl w:val="0"/>
        <w:autoSpaceDN w:val="0"/>
        <w:spacing w:after="0" w:line="360" w:lineRule="exact"/>
        <w:jc w:val="center"/>
        <w:rPr>
          <w:rFonts w:hAnsi="ＭＳ 明朝" w:cs="Times New Roman"/>
          <w:kern w:val="2"/>
          <w:lang w:eastAsia="ja-JP"/>
        </w:rPr>
      </w:pPr>
      <w:r w:rsidRPr="007959AB">
        <w:rPr>
          <w:rFonts w:hAnsi="ＭＳ 明朝" w:cs="Times New Roman" w:hint="eastAsia"/>
          <w:kern w:val="2"/>
          <w:lang w:eastAsia="ja-JP"/>
        </w:rPr>
        <w:t>記</w:t>
      </w:r>
    </w:p>
    <w:p w14:paraId="390A7529" w14:textId="77777777" w:rsidR="00334D22" w:rsidRPr="007959AB" w:rsidRDefault="00334D22" w:rsidP="002C20E7">
      <w:pPr>
        <w:widowControl w:val="0"/>
        <w:autoSpaceDN w:val="0"/>
        <w:spacing w:after="0" w:line="360" w:lineRule="exact"/>
        <w:jc w:val="both"/>
        <w:rPr>
          <w:rFonts w:hAnsi="ＭＳ 明朝" w:cs="Times New Roman"/>
          <w:kern w:val="2"/>
          <w:lang w:eastAsia="ja-JP"/>
        </w:rPr>
      </w:pPr>
    </w:p>
    <w:p w14:paraId="78EAA62A" w14:textId="7EEF3932" w:rsidR="00146219" w:rsidRDefault="00334D22" w:rsidP="00291AEA">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 xml:space="preserve">１　</w:t>
      </w:r>
      <w:r w:rsidR="005B446A" w:rsidRPr="007959AB">
        <w:rPr>
          <w:rFonts w:hAnsi="ＭＳ 明朝" w:cs="Times New Roman" w:hint="eastAsia"/>
          <w:kern w:val="2"/>
          <w:lang w:eastAsia="ja-JP"/>
        </w:rPr>
        <w:t>法人の商号又は名称</w:t>
      </w:r>
    </w:p>
    <w:p w14:paraId="4F0B3E51" w14:textId="77777777" w:rsidR="005B446A" w:rsidRDefault="005B446A" w:rsidP="00291AEA">
      <w:pPr>
        <w:widowControl w:val="0"/>
        <w:autoSpaceDN w:val="0"/>
        <w:spacing w:after="0" w:line="360" w:lineRule="exact"/>
        <w:ind w:firstLineChars="100" w:firstLine="220"/>
        <w:jc w:val="both"/>
        <w:rPr>
          <w:rFonts w:hAnsi="ＭＳ 明朝" w:cs="Times New Roman"/>
          <w:kern w:val="2"/>
          <w:lang w:eastAsia="ja-JP"/>
        </w:rPr>
      </w:pPr>
    </w:p>
    <w:p w14:paraId="53862734" w14:textId="1163EB3C" w:rsidR="00146219" w:rsidRDefault="00291AEA" w:rsidP="00291AEA">
      <w:pPr>
        <w:widowControl w:val="0"/>
        <w:autoSpaceDN w:val="0"/>
        <w:spacing w:after="0" w:line="360" w:lineRule="exact"/>
        <w:ind w:firstLineChars="100" w:firstLine="220"/>
        <w:jc w:val="both"/>
        <w:rPr>
          <w:rFonts w:hAnsi="ＭＳ 明朝" w:cs="Times New Roman"/>
          <w:kern w:val="2"/>
          <w:lang w:eastAsia="ja-JP"/>
        </w:rPr>
      </w:pPr>
      <w:r>
        <w:rPr>
          <w:rFonts w:hAnsi="ＭＳ 明朝" w:cs="Times New Roman" w:hint="eastAsia"/>
          <w:kern w:val="2"/>
          <w:lang w:eastAsia="ja-JP"/>
        </w:rPr>
        <w:t xml:space="preserve">２　</w:t>
      </w:r>
      <w:r w:rsidR="005B446A" w:rsidRPr="007959AB">
        <w:rPr>
          <w:rFonts w:hAnsi="ＭＳ 明朝" w:cs="Times New Roman" w:hint="eastAsia"/>
          <w:kern w:val="2"/>
          <w:lang w:eastAsia="ja-JP"/>
        </w:rPr>
        <w:t>法人の住所</w:t>
      </w:r>
    </w:p>
    <w:p w14:paraId="6DDD4052" w14:textId="77777777" w:rsidR="005B446A" w:rsidRPr="007959AB" w:rsidRDefault="005B446A" w:rsidP="00291AEA">
      <w:pPr>
        <w:widowControl w:val="0"/>
        <w:autoSpaceDN w:val="0"/>
        <w:spacing w:after="0" w:line="360" w:lineRule="exact"/>
        <w:ind w:firstLineChars="100" w:firstLine="220"/>
        <w:jc w:val="both"/>
        <w:rPr>
          <w:rFonts w:hAnsi="ＭＳ 明朝" w:cs="Times New Roman"/>
          <w:kern w:val="2"/>
          <w:lang w:eastAsia="ja-JP"/>
        </w:rPr>
      </w:pPr>
    </w:p>
    <w:p w14:paraId="1229FE5D" w14:textId="583F0B6F" w:rsidR="00334D22" w:rsidRDefault="00291AEA" w:rsidP="00291AEA">
      <w:pPr>
        <w:widowControl w:val="0"/>
        <w:autoSpaceDN w:val="0"/>
        <w:spacing w:after="0" w:line="360" w:lineRule="exact"/>
        <w:ind w:firstLineChars="100" w:firstLine="220"/>
        <w:jc w:val="both"/>
        <w:rPr>
          <w:rFonts w:hAnsi="ＭＳ 明朝" w:cs="Times New Roman"/>
          <w:kern w:val="2"/>
          <w:lang w:eastAsia="ja-JP"/>
        </w:rPr>
      </w:pPr>
      <w:r>
        <w:rPr>
          <w:rFonts w:hAnsi="ＭＳ 明朝" w:cs="Times New Roman" w:hint="eastAsia"/>
          <w:kern w:val="2"/>
          <w:lang w:eastAsia="ja-JP"/>
        </w:rPr>
        <w:t>３</w:t>
      </w:r>
      <w:r w:rsidR="00334D22" w:rsidRPr="007959AB">
        <w:rPr>
          <w:rFonts w:hAnsi="ＭＳ 明朝" w:cs="Times New Roman" w:hint="eastAsia"/>
          <w:kern w:val="2"/>
          <w:lang w:eastAsia="ja-JP"/>
        </w:rPr>
        <w:t xml:space="preserve">　</w:t>
      </w:r>
      <w:r w:rsidR="005B446A" w:rsidRPr="007959AB">
        <w:rPr>
          <w:rFonts w:hAnsi="ＭＳ 明朝" w:cs="Times New Roman" w:hint="eastAsia"/>
          <w:kern w:val="2"/>
          <w:lang w:eastAsia="ja-JP"/>
        </w:rPr>
        <w:t>指定の期間</w:t>
      </w:r>
    </w:p>
    <w:p w14:paraId="38DB3938" w14:textId="77777777" w:rsidR="00146219" w:rsidRPr="007959AB" w:rsidRDefault="00146219" w:rsidP="00291AEA">
      <w:pPr>
        <w:widowControl w:val="0"/>
        <w:autoSpaceDN w:val="0"/>
        <w:spacing w:after="0" w:line="360" w:lineRule="exact"/>
        <w:ind w:firstLineChars="100" w:firstLine="220"/>
        <w:jc w:val="both"/>
        <w:rPr>
          <w:rFonts w:hAnsi="ＭＳ 明朝" w:cs="Times New Roman"/>
          <w:kern w:val="2"/>
          <w:lang w:eastAsia="ja-JP"/>
        </w:rPr>
      </w:pPr>
    </w:p>
    <w:p w14:paraId="1DEEFB58" w14:textId="5253B731" w:rsidR="00146219" w:rsidRPr="007959AB" w:rsidRDefault="00291AEA" w:rsidP="00291AEA">
      <w:pPr>
        <w:widowControl w:val="0"/>
        <w:autoSpaceDN w:val="0"/>
        <w:spacing w:after="0" w:line="360" w:lineRule="exact"/>
        <w:ind w:firstLineChars="100" w:firstLine="220"/>
        <w:jc w:val="both"/>
        <w:rPr>
          <w:rFonts w:hAnsi="ＭＳ 明朝" w:cs="Times New Roman"/>
          <w:kern w:val="2"/>
          <w:lang w:eastAsia="ja-JP"/>
        </w:rPr>
      </w:pPr>
      <w:r>
        <w:rPr>
          <w:rFonts w:hAnsi="ＭＳ 明朝" w:cs="Times New Roman" w:hint="eastAsia"/>
          <w:kern w:val="2"/>
          <w:lang w:eastAsia="ja-JP"/>
        </w:rPr>
        <w:t>４</w:t>
      </w:r>
      <w:r w:rsidR="00334D22" w:rsidRPr="007959AB">
        <w:rPr>
          <w:rFonts w:hAnsi="ＭＳ 明朝" w:cs="Times New Roman" w:hint="eastAsia"/>
          <w:kern w:val="2"/>
          <w:lang w:eastAsia="ja-JP"/>
        </w:rPr>
        <w:t xml:space="preserve">　</w:t>
      </w:r>
      <w:r w:rsidR="005B446A" w:rsidRPr="007959AB">
        <w:rPr>
          <w:rFonts w:hAnsi="ＭＳ 明朝" w:cs="Times New Roman" w:hint="eastAsia"/>
          <w:kern w:val="2"/>
          <w:lang w:eastAsia="ja-JP"/>
        </w:rPr>
        <w:t>業務</w:t>
      </w:r>
      <w:r w:rsidR="002D1123">
        <w:rPr>
          <w:rFonts w:hAnsi="ＭＳ 明朝" w:cs="Times New Roman" w:hint="eastAsia"/>
          <w:kern w:val="2"/>
          <w:lang w:eastAsia="ja-JP"/>
        </w:rPr>
        <w:t>の</w:t>
      </w:r>
      <w:r w:rsidR="005B446A" w:rsidRPr="007959AB">
        <w:rPr>
          <w:rFonts w:hAnsi="ＭＳ 明朝" w:cs="Times New Roman" w:hint="eastAsia"/>
          <w:kern w:val="2"/>
          <w:lang w:eastAsia="ja-JP"/>
        </w:rPr>
        <w:t>内容</w:t>
      </w:r>
    </w:p>
    <w:p w14:paraId="4DB22761" w14:textId="338C4A91" w:rsidR="00334D22" w:rsidRPr="00192D6E" w:rsidRDefault="00334D22" w:rsidP="00192D6E">
      <w:pPr>
        <w:widowControl w:val="0"/>
        <w:autoSpaceDN w:val="0"/>
        <w:spacing w:after="0" w:line="360" w:lineRule="exact"/>
        <w:ind w:firstLineChars="100" w:firstLine="220"/>
        <w:jc w:val="both"/>
        <w:rPr>
          <w:rFonts w:hAnsi="ＭＳ 明朝" w:cs="Times New Roman"/>
          <w:kern w:val="2"/>
          <w:lang w:eastAsia="ja-JP"/>
        </w:rPr>
      </w:pPr>
    </w:p>
    <w:p w14:paraId="3EA9E662" w14:textId="16F82681" w:rsidR="00E71E4A" w:rsidRPr="007959AB" w:rsidRDefault="00354AFF" w:rsidP="002C20E7">
      <w:pPr>
        <w:spacing w:line="360" w:lineRule="exact"/>
        <w:rPr>
          <w:rFonts w:hAnsi="ＭＳ 明朝" w:cs="ＭＳ ゴシック"/>
          <w:lang w:eastAsia="ja-JP"/>
        </w:rPr>
      </w:pPr>
      <w:r w:rsidRPr="007959AB">
        <w:rPr>
          <w:rFonts w:hAnsi="ＭＳ 明朝" w:cs="ＭＳ ゴシック"/>
          <w:lang w:eastAsia="ja-JP"/>
        </w:rPr>
        <w:br w:type="page"/>
      </w:r>
    </w:p>
    <w:p w14:paraId="4322BB30" w14:textId="4282BB36" w:rsidR="00334D22" w:rsidRDefault="001D65A1" w:rsidP="00192D6E">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lastRenderedPageBreak/>
        <w:t>様式</w:t>
      </w:r>
      <w:r w:rsidR="00334D22" w:rsidRPr="007959AB">
        <w:rPr>
          <w:rFonts w:hAnsi="ＭＳ 明朝" w:cs="Times New Roman" w:hint="eastAsia"/>
          <w:kern w:val="2"/>
          <w:lang w:eastAsia="ja-JP"/>
        </w:rPr>
        <w:t>第３号（第</w:t>
      </w:r>
      <w:r w:rsidR="00AE0F66">
        <w:rPr>
          <w:rFonts w:hAnsi="ＭＳ 明朝" w:cs="Times New Roman" w:hint="eastAsia"/>
          <w:kern w:val="2"/>
          <w:lang w:eastAsia="ja-JP"/>
        </w:rPr>
        <w:t>４</w:t>
      </w:r>
      <w:r w:rsidR="00334D22" w:rsidRPr="007959AB">
        <w:rPr>
          <w:rFonts w:hAnsi="ＭＳ 明朝" w:cs="Times New Roman" w:hint="eastAsia"/>
          <w:kern w:val="2"/>
          <w:lang w:eastAsia="ja-JP"/>
        </w:rPr>
        <w:t>条関係）</w:t>
      </w:r>
    </w:p>
    <w:p w14:paraId="70D9D6B9" w14:textId="77777777" w:rsidR="00192D6E" w:rsidRPr="007959AB" w:rsidRDefault="00192D6E" w:rsidP="00192D6E">
      <w:pPr>
        <w:widowControl w:val="0"/>
        <w:autoSpaceDN w:val="0"/>
        <w:spacing w:after="0" w:line="360" w:lineRule="exact"/>
        <w:jc w:val="both"/>
        <w:rPr>
          <w:rFonts w:hAnsi="ＭＳ 明朝" w:cs="Times New Roman"/>
          <w:kern w:val="2"/>
          <w:lang w:eastAsia="ja-JP"/>
        </w:rPr>
      </w:pPr>
    </w:p>
    <w:p w14:paraId="5264D67E" w14:textId="01858A40" w:rsidR="00671E31" w:rsidRPr="007959AB" w:rsidRDefault="00671E31" w:rsidP="002C20E7">
      <w:pPr>
        <w:widowControl w:val="0"/>
        <w:autoSpaceDN w:val="0"/>
        <w:spacing w:after="0" w:line="360" w:lineRule="exact"/>
        <w:jc w:val="center"/>
        <w:rPr>
          <w:rFonts w:hAnsi="ＭＳ 明朝" w:cs="Times New Roman"/>
          <w:kern w:val="2"/>
          <w:lang w:eastAsia="ja-JP"/>
        </w:rPr>
      </w:pPr>
      <w:r w:rsidRPr="007959AB">
        <w:rPr>
          <w:rFonts w:hAnsi="ＭＳ 明朝" w:cs="Times New Roman" w:hint="eastAsia"/>
          <w:kern w:val="2"/>
          <w:lang w:eastAsia="ja-JP"/>
        </w:rPr>
        <w:t>空家等管理活用支援法人名称等変更届出書</w:t>
      </w:r>
    </w:p>
    <w:p w14:paraId="009CC5E0" w14:textId="77777777" w:rsidR="00671E31" w:rsidRPr="007959AB" w:rsidRDefault="00671E31" w:rsidP="002C20E7">
      <w:pPr>
        <w:widowControl w:val="0"/>
        <w:autoSpaceDN w:val="0"/>
        <w:spacing w:after="0" w:line="360" w:lineRule="exact"/>
        <w:jc w:val="both"/>
        <w:rPr>
          <w:rFonts w:hAnsi="ＭＳ 明朝" w:cs="Times New Roman"/>
          <w:kern w:val="2"/>
          <w:lang w:eastAsia="ja-JP"/>
        </w:rPr>
      </w:pPr>
    </w:p>
    <w:p w14:paraId="0D9312C0" w14:textId="3A3ABEEA" w:rsidR="00671E31" w:rsidRDefault="00192D6E" w:rsidP="00192D6E">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kern w:val="2"/>
          <w:lang w:eastAsia="ja-JP"/>
        </w:rPr>
        <w:t xml:space="preserve">　　　年　月　日</w:t>
      </w:r>
    </w:p>
    <w:p w14:paraId="1B9B91F2" w14:textId="77777777" w:rsidR="00192D6E" w:rsidRPr="007959AB" w:rsidRDefault="00192D6E" w:rsidP="002C20E7">
      <w:pPr>
        <w:widowControl w:val="0"/>
        <w:autoSpaceDN w:val="0"/>
        <w:spacing w:after="0" w:line="360" w:lineRule="exact"/>
        <w:jc w:val="both"/>
        <w:rPr>
          <w:rFonts w:hAnsi="ＭＳ 明朝" w:cs="Times New Roman"/>
          <w:kern w:val="2"/>
          <w:lang w:eastAsia="ja-JP"/>
        </w:rPr>
      </w:pPr>
    </w:p>
    <w:p w14:paraId="2673EE11" w14:textId="32FB4677" w:rsidR="00334D22" w:rsidRPr="007959AB" w:rsidRDefault="00334D22" w:rsidP="002C20E7">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松前町長　　　　　 様</w:t>
      </w:r>
    </w:p>
    <w:p w14:paraId="4880BC8B" w14:textId="77777777" w:rsidR="00334D22" w:rsidRPr="007959AB" w:rsidRDefault="00334D22" w:rsidP="002C20E7">
      <w:pPr>
        <w:widowControl w:val="0"/>
        <w:autoSpaceDN w:val="0"/>
        <w:spacing w:after="0" w:line="360" w:lineRule="exact"/>
        <w:jc w:val="both"/>
        <w:rPr>
          <w:rFonts w:hAnsi="ＭＳ 明朝" w:cs="Times New Roman"/>
          <w:kern w:val="2"/>
          <w:lang w:eastAsia="ja-JP"/>
        </w:rPr>
      </w:pPr>
    </w:p>
    <w:p w14:paraId="0DCE0D72" w14:textId="77777777" w:rsidR="00334D22" w:rsidRPr="007959AB" w:rsidRDefault="00334D22"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住　　　　所</w:t>
      </w:r>
    </w:p>
    <w:p w14:paraId="34E685F0" w14:textId="77777777" w:rsidR="00334D22" w:rsidRPr="007959AB" w:rsidRDefault="00334D22"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商号又は名称</w:t>
      </w:r>
    </w:p>
    <w:p w14:paraId="0AAD1285" w14:textId="77777777" w:rsidR="00334D22" w:rsidRPr="007959AB" w:rsidRDefault="00334D22" w:rsidP="002C20E7">
      <w:pPr>
        <w:widowControl w:val="0"/>
        <w:autoSpaceDN w:val="0"/>
        <w:spacing w:after="0" w:line="360" w:lineRule="exact"/>
        <w:ind w:leftChars="2227" w:left="4899"/>
        <w:jc w:val="both"/>
        <w:rPr>
          <w:rFonts w:hAnsi="ＭＳ 明朝" w:cs="Times New Roman"/>
          <w:kern w:val="2"/>
          <w:lang w:eastAsia="ja-JP"/>
        </w:rPr>
      </w:pPr>
      <w:r w:rsidRPr="00645D73">
        <w:rPr>
          <w:rFonts w:hAnsi="ＭＳ 明朝" w:cs="Times New Roman" w:hint="eastAsia"/>
          <w:spacing w:val="85"/>
          <w:fitText w:val="1440" w:id="-511883775"/>
          <w:lang w:eastAsia="ja-JP"/>
        </w:rPr>
        <w:t>代表者氏</w:t>
      </w:r>
      <w:r w:rsidRPr="00645D73">
        <w:rPr>
          <w:rFonts w:hAnsi="ＭＳ 明朝" w:cs="Times New Roman" w:hint="eastAsia"/>
          <w:fitText w:val="1440" w:id="-511883775"/>
          <w:lang w:eastAsia="ja-JP"/>
        </w:rPr>
        <w:t>名</w:t>
      </w:r>
      <w:r w:rsidRPr="007959AB">
        <w:rPr>
          <w:rFonts w:hAnsi="ＭＳ 明朝" w:cs="Times New Roman" w:hint="eastAsia"/>
          <w:lang w:eastAsia="ja-JP"/>
        </w:rPr>
        <w:t xml:space="preserve">　　</w:t>
      </w:r>
      <w:r w:rsidRPr="007959AB">
        <w:rPr>
          <w:rFonts w:hAnsi="ＭＳ 明朝" w:cs="Times New Roman" w:hint="eastAsia"/>
          <w:kern w:val="2"/>
          <w:lang w:eastAsia="ja-JP"/>
        </w:rPr>
        <w:t xml:space="preserve">　　　　　　　　印</w:t>
      </w:r>
    </w:p>
    <w:p w14:paraId="652CD000" w14:textId="77777777" w:rsidR="00334D22" w:rsidRPr="007959AB" w:rsidRDefault="00334D22" w:rsidP="002C20E7">
      <w:pPr>
        <w:widowControl w:val="0"/>
        <w:autoSpaceDN w:val="0"/>
        <w:spacing w:after="0" w:line="360" w:lineRule="exact"/>
        <w:jc w:val="both"/>
        <w:rPr>
          <w:rFonts w:hAnsi="ＭＳ 明朝" w:cs="Times New Roman"/>
          <w:kern w:val="2"/>
          <w:lang w:eastAsia="ja-JP"/>
        </w:rPr>
      </w:pPr>
    </w:p>
    <w:p w14:paraId="63EC0666" w14:textId="57100F79" w:rsidR="00334D22" w:rsidRPr="007959AB" w:rsidRDefault="00334D22" w:rsidP="00B44BED">
      <w:pPr>
        <w:widowControl w:val="0"/>
        <w:autoSpaceDN w:val="0"/>
        <w:spacing w:after="0" w:line="360" w:lineRule="exact"/>
        <w:ind w:leftChars="100" w:left="220" w:firstLineChars="100" w:firstLine="220"/>
        <w:jc w:val="both"/>
        <w:rPr>
          <w:rFonts w:hAnsi="ＭＳ 明朝" w:cs="Times New Roman"/>
          <w:kern w:val="2"/>
          <w:lang w:eastAsia="ja-JP"/>
        </w:rPr>
      </w:pPr>
      <w:r w:rsidRPr="007959AB">
        <w:rPr>
          <w:rFonts w:hAnsi="ＭＳ 明朝" w:cs="Times New Roman" w:hint="eastAsia"/>
          <w:kern w:val="2"/>
          <w:lang w:eastAsia="ja-JP"/>
        </w:rPr>
        <w:t>松前町空家等管理活用支援法人の指定に関する要綱第</w:t>
      </w:r>
      <w:r w:rsidR="00AE0F66">
        <w:rPr>
          <w:rFonts w:hAnsi="ＭＳ 明朝" w:cs="Times New Roman" w:hint="eastAsia"/>
          <w:kern w:val="2"/>
          <w:lang w:eastAsia="ja-JP"/>
        </w:rPr>
        <w:t>４</w:t>
      </w:r>
      <w:r w:rsidRPr="007959AB">
        <w:rPr>
          <w:rFonts w:hAnsi="ＭＳ 明朝" w:cs="Times New Roman" w:hint="eastAsia"/>
          <w:kern w:val="2"/>
          <w:lang w:eastAsia="ja-JP"/>
        </w:rPr>
        <w:t>条の規定により</w:t>
      </w:r>
      <w:r w:rsidR="00D13490" w:rsidRPr="007959AB">
        <w:rPr>
          <w:rFonts w:hAnsi="ＭＳ 明朝" w:cs="Times New Roman" w:hint="eastAsia"/>
          <w:kern w:val="2"/>
          <w:lang w:eastAsia="ja-JP"/>
        </w:rPr>
        <w:t>次</w:t>
      </w:r>
      <w:r w:rsidRPr="007959AB">
        <w:rPr>
          <w:rFonts w:hAnsi="ＭＳ 明朝" w:cs="Times New Roman" w:hint="eastAsia"/>
          <w:kern w:val="2"/>
          <w:lang w:eastAsia="ja-JP"/>
        </w:rPr>
        <w:t>のとおり届け出ます。</w:t>
      </w:r>
    </w:p>
    <w:p w14:paraId="531D913D" w14:textId="77777777" w:rsidR="00334D22" w:rsidRPr="007959AB" w:rsidRDefault="00334D22" w:rsidP="002C20E7">
      <w:pPr>
        <w:widowControl w:val="0"/>
        <w:autoSpaceDN w:val="0"/>
        <w:spacing w:after="0" w:line="360" w:lineRule="exact"/>
        <w:jc w:val="both"/>
        <w:rPr>
          <w:rFonts w:hAnsi="ＭＳ 明朝" w:cs="Times New Roman"/>
          <w:kern w:val="2"/>
          <w:lang w:eastAsia="ja-JP"/>
        </w:rPr>
      </w:pPr>
    </w:p>
    <w:tbl>
      <w:tblPr>
        <w:tblStyle w:val="afe"/>
        <w:tblW w:w="0" w:type="auto"/>
        <w:jc w:val="center"/>
        <w:tblLayout w:type="fixed"/>
        <w:tblLook w:val="04A0" w:firstRow="1" w:lastRow="0" w:firstColumn="1" w:lastColumn="0" w:noHBand="0" w:noVBand="1"/>
      </w:tblPr>
      <w:tblGrid>
        <w:gridCol w:w="3091"/>
        <w:gridCol w:w="1499"/>
        <w:gridCol w:w="5248"/>
      </w:tblGrid>
      <w:tr w:rsidR="00845938" w:rsidRPr="007959AB" w14:paraId="3AA73AB3" w14:textId="77777777" w:rsidTr="00AF2A83">
        <w:trPr>
          <w:trHeight w:val="349"/>
          <w:jc w:val="center"/>
        </w:trPr>
        <w:tc>
          <w:tcPr>
            <w:tcW w:w="3091" w:type="dxa"/>
          </w:tcPr>
          <w:p w14:paraId="287D9C30" w14:textId="47F98675" w:rsidR="00845938" w:rsidRPr="007959AB" w:rsidRDefault="00845938" w:rsidP="00C709F7">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変更予定年月日</w:t>
            </w:r>
          </w:p>
        </w:tc>
        <w:tc>
          <w:tcPr>
            <w:tcW w:w="6747" w:type="dxa"/>
            <w:gridSpan w:val="2"/>
          </w:tcPr>
          <w:p w14:paraId="524EF8AF" w14:textId="3CFC83B2" w:rsidR="00845938" w:rsidRPr="007959AB" w:rsidRDefault="00845938" w:rsidP="005B446A">
            <w:pPr>
              <w:widowControl w:val="0"/>
              <w:autoSpaceDN w:val="0"/>
              <w:spacing w:line="360" w:lineRule="exact"/>
              <w:ind w:firstLineChars="300" w:firstLine="660"/>
              <w:jc w:val="both"/>
              <w:rPr>
                <w:rFonts w:hAnsi="ＭＳ 明朝" w:cs="Times New Roman"/>
                <w:kern w:val="2"/>
                <w:lang w:eastAsia="ja-JP"/>
              </w:rPr>
            </w:pPr>
            <w:r w:rsidRPr="007959AB">
              <w:rPr>
                <w:rFonts w:hAnsi="ＭＳ 明朝" w:cs="Times New Roman" w:hint="eastAsia"/>
                <w:kern w:val="2"/>
                <w:lang w:eastAsia="ja-JP"/>
              </w:rPr>
              <w:t>年　月　日</w:t>
            </w:r>
          </w:p>
        </w:tc>
      </w:tr>
      <w:tr w:rsidR="00845938" w:rsidRPr="007959AB" w14:paraId="1FB20584" w14:textId="77777777" w:rsidTr="00C5274C">
        <w:trPr>
          <w:trHeight w:val="274"/>
          <w:jc w:val="center"/>
        </w:trPr>
        <w:tc>
          <w:tcPr>
            <w:tcW w:w="3091" w:type="dxa"/>
            <w:vAlign w:val="center"/>
          </w:tcPr>
          <w:p w14:paraId="3C83B8CC" w14:textId="03DECFBF" w:rsidR="00845938" w:rsidRPr="007959AB" w:rsidRDefault="00845938" w:rsidP="00C5274C">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変更する事項</w:t>
            </w:r>
          </w:p>
        </w:tc>
        <w:tc>
          <w:tcPr>
            <w:tcW w:w="6747" w:type="dxa"/>
            <w:gridSpan w:val="2"/>
          </w:tcPr>
          <w:p w14:paraId="6E72573B" w14:textId="77777777" w:rsidR="00845938" w:rsidRPr="007959AB" w:rsidRDefault="00845938" w:rsidP="002C20E7">
            <w:pPr>
              <w:widowControl w:val="0"/>
              <w:autoSpaceDN w:val="0"/>
              <w:spacing w:line="360" w:lineRule="exact"/>
              <w:jc w:val="both"/>
              <w:rPr>
                <w:rFonts w:hAnsi="ＭＳ 明朝" w:cs="Times New Roman"/>
                <w:kern w:val="2"/>
                <w:lang w:eastAsia="ja-JP"/>
              </w:rPr>
            </w:pPr>
            <w:r w:rsidRPr="007959AB">
              <w:rPr>
                <w:rFonts w:hAnsi="ＭＳ 明朝" w:cs="Times New Roman" w:hint="eastAsia"/>
                <w:kern w:val="2"/>
                <w:lang w:eastAsia="ja-JP"/>
              </w:rPr>
              <w:t>□法人の商号又は名称</w:t>
            </w:r>
          </w:p>
          <w:p w14:paraId="039171B1" w14:textId="77777777" w:rsidR="00845938" w:rsidRPr="007959AB" w:rsidRDefault="00845938" w:rsidP="002C20E7">
            <w:pPr>
              <w:widowControl w:val="0"/>
              <w:autoSpaceDN w:val="0"/>
              <w:spacing w:line="360" w:lineRule="exact"/>
              <w:jc w:val="both"/>
              <w:rPr>
                <w:rFonts w:hAnsi="ＭＳ 明朝" w:cs="Times New Roman"/>
                <w:kern w:val="2"/>
                <w:lang w:eastAsia="ja-JP"/>
              </w:rPr>
            </w:pPr>
            <w:r w:rsidRPr="007959AB">
              <w:rPr>
                <w:rFonts w:hAnsi="ＭＳ 明朝" w:cs="Times New Roman" w:hint="eastAsia"/>
                <w:kern w:val="2"/>
                <w:lang w:eastAsia="ja-JP"/>
              </w:rPr>
              <w:t>□法人の住所</w:t>
            </w:r>
          </w:p>
          <w:p w14:paraId="7689CE08" w14:textId="4D96100B" w:rsidR="00D13490" w:rsidRPr="007959AB" w:rsidRDefault="00D13490" w:rsidP="002C20E7">
            <w:pPr>
              <w:widowControl w:val="0"/>
              <w:autoSpaceDN w:val="0"/>
              <w:spacing w:line="360" w:lineRule="exact"/>
              <w:jc w:val="both"/>
              <w:rPr>
                <w:rFonts w:hAnsi="ＭＳ 明朝" w:cs="Times New Roman"/>
                <w:kern w:val="2"/>
                <w:lang w:eastAsia="ja-JP"/>
              </w:rPr>
            </w:pPr>
            <w:r w:rsidRPr="007959AB">
              <w:rPr>
                <w:rFonts w:hAnsi="ＭＳ 明朝" w:cs="Times New Roman" w:hint="eastAsia"/>
                <w:kern w:val="2"/>
                <w:lang w:eastAsia="ja-JP"/>
              </w:rPr>
              <w:t>□法人の業務実施体制(人員等)</w:t>
            </w:r>
          </w:p>
        </w:tc>
      </w:tr>
      <w:tr w:rsidR="005B446A" w:rsidRPr="007959AB" w14:paraId="38FBF10D" w14:textId="77777777" w:rsidTr="00C5274C">
        <w:trPr>
          <w:trHeight w:val="274"/>
          <w:jc w:val="center"/>
        </w:trPr>
        <w:tc>
          <w:tcPr>
            <w:tcW w:w="3091" w:type="dxa"/>
            <w:vMerge w:val="restart"/>
            <w:vAlign w:val="center"/>
          </w:tcPr>
          <w:p w14:paraId="0B8A4F21" w14:textId="05023945" w:rsidR="005B446A" w:rsidRPr="007959AB" w:rsidRDefault="005B446A" w:rsidP="00C5274C">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変更の内容</w:t>
            </w:r>
          </w:p>
        </w:tc>
        <w:tc>
          <w:tcPr>
            <w:tcW w:w="1499" w:type="dxa"/>
            <w:vAlign w:val="center"/>
          </w:tcPr>
          <w:p w14:paraId="540A64FA" w14:textId="415BB86D" w:rsidR="005B446A" w:rsidRPr="007959AB" w:rsidRDefault="005B446A" w:rsidP="00C5274C">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変更前</w:t>
            </w:r>
          </w:p>
        </w:tc>
        <w:tc>
          <w:tcPr>
            <w:tcW w:w="5248" w:type="dxa"/>
          </w:tcPr>
          <w:p w14:paraId="76BEF573" w14:textId="77777777" w:rsidR="005B446A" w:rsidRPr="007959AB" w:rsidRDefault="005B446A" w:rsidP="002C20E7">
            <w:pPr>
              <w:widowControl w:val="0"/>
              <w:autoSpaceDN w:val="0"/>
              <w:spacing w:line="360" w:lineRule="exact"/>
              <w:jc w:val="both"/>
              <w:rPr>
                <w:rFonts w:hAnsi="ＭＳ 明朝" w:cs="Times New Roman"/>
                <w:kern w:val="2"/>
                <w:lang w:eastAsia="ja-JP"/>
              </w:rPr>
            </w:pPr>
          </w:p>
          <w:p w14:paraId="2DD0A94E" w14:textId="77777777" w:rsidR="005B446A" w:rsidRPr="007959AB" w:rsidRDefault="005B446A" w:rsidP="002C20E7">
            <w:pPr>
              <w:widowControl w:val="0"/>
              <w:autoSpaceDN w:val="0"/>
              <w:spacing w:line="360" w:lineRule="exact"/>
              <w:jc w:val="both"/>
              <w:rPr>
                <w:rFonts w:hAnsi="ＭＳ 明朝" w:cs="Times New Roman"/>
                <w:kern w:val="2"/>
                <w:lang w:eastAsia="ja-JP"/>
              </w:rPr>
            </w:pPr>
          </w:p>
        </w:tc>
      </w:tr>
      <w:tr w:rsidR="005B446A" w:rsidRPr="007959AB" w14:paraId="5D12B5A9" w14:textId="77777777" w:rsidTr="00C5274C">
        <w:trPr>
          <w:trHeight w:val="274"/>
          <w:jc w:val="center"/>
        </w:trPr>
        <w:tc>
          <w:tcPr>
            <w:tcW w:w="3091" w:type="dxa"/>
            <w:vMerge/>
            <w:vAlign w:val="center"/>
          </w:tcPr>
          <w:p w14:paraId="345B3FCA" w14:textId="77777777" w:rsidR="005B446A" w:rsidRPr="007959AB" w:rsidRDefault="005B446A" w:rsidP="00C5274C">
            <w:pPr>
              <w:widowControl w:val="0"/>
              <w:autoSpaceDN w:val="0"/>
              <w:spacing w:line="360" w:lineRule="exact"/>
              <w:jc w:val="center"/>
              <w:rPr>
                <w:rFonts w:hAnsi="ＭＳ 明朝" w:cs="Times New Roman"/>
                <w:kern w:val="2"/>
                <w:lang w:eastAsia="ja-JP"/>
              </w:rPr>
            </w:pPr>
          </w:p>
        </w:tc>
        <w:tc>
          <w:tcPr>
            <w:tcW w:w="1499" w:type="dxa"/>
            <w:vAlign w:val="center"/>
          </w:tcPr>
          <w:p w14:paraId="2BAAE779" w14:textId="16DB4467" w:rsidR="005B446A" w:rsidRPr="007959AB" w:rsidRDefault="005B446A" w:rsidP="00C5274C">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変更後</w:t>
            </w:r>
          </w:p>
        </w:tc>
        <w:tc>
          <w:tcPr>
            <w:tcW w:w="5248" w:type="dxa"/>
          </w:tcPr>
          <w:p w14:paraId="74DBCE33" w14:textId="77777777" w:rsidR="005B446A" w:rsidRPr="007959AB" w:rsidRDefault="005B446A" w:rsidP="002C20E7">
            <w:pPr>
              <w:widowControl w:val="0"/>
              <w:autoSpaceDN w:val="0"/>
              <w:spacing w:line="360" w:lineRule="exact"/>
              <w:jc w:val="both"/>
              <w:rPr>
                <w:rFonts w:hAnsi="ＭＳ 明朝" w:cs="Times New Roman"/>
                <w:kern w:val="2"/>
                <w:lang w:eastAsia="ja-JP"/>
              </w:rPr>
            </w:pPr>
          </w:p>
          <w:p w14:paraId="567EE48C" w14:textId="77777777" w:rsidR="005B446A" w:rsidRPr="007959AB" w:rsidRDefault="005B446A" w:rsidP="002C20E7">
            <w:pPr>
              <w:widowControl w:val="0"/>
              <w:autoSpaceDN w:val="0"/>
              <w:spacing w:line="360" w:lineRule="exact"/>
              <w:jc w:val="both"/>
              <w:rPr>
                <w:rFonts w:hAnsi="ＭＳ 明朝" w:cs="Times New Roman"/>
                <w:kern w:val="2"/>
                <w:lang w:eastAsia="ja-JP"/>
              </w:rPr>
            </w:pPr>
          </w:p>
        </w:tc>
      </w:tr>
      <w:tr w:rsidR="00845938" w:rsidRPr="007959AB" w14:paraId="510198AC" w14:textId="77777777" w:rsidTr="00C5274C">
        <w:trPr>
          <w:trHeight w:val="2183"/>
          <w:jc w:val="center"/>
        </w:trPr>
        <w:tc>
          <w:tcPr>
            <w:tcW w:w="3091" w:type="dxa"/>
            <w:vAlign w:val="center"/>
          </w:tcPr>
          <w:p w14:paraId="31CFF654" w14:textId="07B3801A" w:rsidR="00845938" w:rsidRPr="007959AB" w:rsidRDefault="00845938" w:rsidP="00C5274C">
            <w:pPr>
              <w:widowControl w:val="0"/>
              <w:autoSpaceDN w:val="0"/>
              <w:spacing w:line="360" w:lineRule="exact"/>
              <w:jc w:val="center"/>
              <w:rPr>
                <w:rFonts w:hAnsi="ＭＳ 明朝" w:cs="Times New Roman"/>
                <w:kern w:val="2"/>
                <w:lang w:eastAsia="ja-JP"/>
              </w:rPr>
            </w:pPr>
            <w:r w:rsidRPr="007959AB">
              <w:rPr>
                <w:rFonts w:hAnsi="ＭＳ 明朝" w:cs="Times New Roman" w:hint="eastAsia"/>
                <w:kern w:val="2"/>
                <w:lang w:eastAsia="ja-JP"/>
              </w:rPr>
              <w:t>変更理由</w:t>
            </w:r>
          </w:p>
        </w:tc>
        <w:tc>
          <w:tcPr>
            <w:tcW w:w="6747" w:type="dxa"/>
            <w:gridSpan w:val="2"/>
          </w:tcPr>
          <w:p w14:paraId="6571922C" w14:textId="77777777" w:rsidR="00845938" w:rsidRPr="007959AB" w:rsidRDefault="00845938" w:rsidP="002C20E7">
            <w:pPr>
              <w:widowControl w:val="0"/>
              <w:autoSpaceDN w:val="0"/>
              <w:spacing w:line="360" w:lineRule="exact"/>
              <w:jc w:val="both"/>
              <w:rPr>
                <w:rFonts w:hAnsi="ＭＳ 明朝" w:cs="Times New Roman"/>
                <w:kern w:val="2"/>
                <w:lang w:eastAsia="ja-JP"/>
              </w:rPr>
            </w:pPr>
          </w:p>
        </w:tc>
      </w:tr>
    </w:tbl>
    <w:p w14:paraId="33ECEECF" w14:textId="5EC4C0A2" w:rsidR="0045287C" w:rsidRPr="00192D6E" w:rsidRDefault="00AF2A83" w:rsidP="00146219">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w:t>
      </w:r>
      <w:r w:rsidR="00146219">
        <w:rPr>
          <w:rFonts w:hAnsi="ＭＳ 明朝" w:cs="Times New Roman" w:hint="eastAsia"/>
          <w:kern w:val="2"/>
          <w:lang w:eastAsia="ja-JP"/>
        </w:rPr>
        <w:t xml:space="preserve">　</w:t>
      </w:r>
      <w:r w:rsidR="00334D22" w:rsidRPr="007959AB">
        <w:rPr>
          <w:rFonts w:hAnsi="ＭＳ 明朝" w:cs="Times New Roman" w:hint="eastAsia"/>
          <w:kern w:val="2"/>
          <w:lang w:eastAsia="ja-JP"/>
        </w:rPr>
        <w:t>該当する□にレ点を記入してください。</w:t>
      </w:r>
    </w:p>
    <w:p w14:paraId="4F85859F" w14:textId="5063F190" w:rsidR="00671E31" w:rsidRPr="007959AB" w:rsidRDefault="00354AFF" w:rsidP="002C20E7">
      <w:pPr>
        <w:spacing w:line="360" w:lineRule="exact"/>
        <w:rPr>
          <w:rFonts w:hAnsi="ＭＳ 明朝" w:cs="Times New Roman"/>
          <w:kern w:val="2"/>
          <w:lang w:eastAsia="ja-JP"/>
        </w:rPr>
      </w:pPr>
      <w:r w:rsidRPr="007959AB">
        <w:rPr>
          <w:rFonts w:hAnsi="ＭＳ 明朝" w:cs="Times New Roman"/>
          <w:kern w:val="2"/>
          <w:lang w:eastAsia="ja-JP"/>
        </w:rPr>
        <w:br w:type="page"/>
      </w:r>
    </w:p>
    <w:p w14:paraId="1A879CA7" w14:textId="047E203C" w:rsidR="00845938" w:rsidRPr="007959AB" w:rsidRDefault="001D65A1" w:rsidP="00192D6E">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lastRenderedPageBreak/>
        <w:t>様式</w:t>
      </w:r>
      <w:r w:rsidR="00845938" w:rsidRPr="007959AB">
        <w:rPr>
          <w:rFonts w:hAnsi="ＭＳ 明朝" w:cs="Times New Roman" w:hint="eastAsia"/>
          <w:kern w:val="2"/>
          <w:lang w:eastAsia="ja-JP"/>
        </w:rPr>
        <w:t>第４号（第</w:t>
      </w:r>
      <w:r w:rsidR="00AE0F66">
        <w:rPr>
          <w:rFonts w:hAnsi="ＭＳ 明朝" w:cs="Times New Roman" w:hint="eastAsia"/>
          <w:kern w:val="2"/>
          <w:lang w:eastAsia="ja-JP"/>
        </w:rPr>
        <w:t>５</w:t>
      </w:r>
      <w:r w:rsidR="00845938" w:rsidRPr="007959AB">
        <w:rPr>
          <w:rFonts w:hAnsi="ＭＳ 明朝" w:cs="Times New Roman" w:hint="eastAsia"/>
          <w:kern w:val="2"/>
          <w:lang w:eastAsia="ja-JP"/>
        </w:rPr>
        <w:t>条関係）</w:t>
      </w:r>
    </w:p>
    <w:p w14:paraId="5F9176ED"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71109A2E" w14:textId="77777777" w:rsidR="00671E31" w:rsidRPr="007959AB" w:rsidRDefault="00671E31" w:rsidP="002C20E7">
      <w:pPr>
        <w:widowControl w:val="0"/>
        <w:autoSpaceDN w:val="0"/>
        <w:spacing w:after="0" w:line="360" w:lineRule="exact"/>
        <w:jc w:val="center"/>
        <w:rPr>
          <w:rFonts w:hAnsi="ＭＳ 明朝" w:cs="Times New Roman"/>
          <w:kern w:val="2"/>
          <w:lang w:eastAsia="ja-JP"/>
        </w:rPr>
      </w:pPr>
      <w:r w:rsidRPr="007959AB">
        <w:rPr>
          <w:rFonts w:hAnsi="ＭＳ 明朝" w:cs="Times New Roman"/>
          <w:kern w:val="2"/>
          <w:lang w:eastAsia="ja-JP"/>
        </w:rPr>
        <w:t>空家等管理活用支援法人業務変更承認申請書</w:t>
      </w:r>
    </w:p>
    <w:p w14:paraId="404DCF1F" w14:textId="77777777" w:rsidR="00671E31" w:rsidRDefault="00671E31" w:rsidP="002C20E7">
      <w:pPr>
        <w:widowControl w:val="0"/>
        <w:autoSpaceDN w:val="0"/>
        <w:spacing w:after="0" w:line="360" w:lineRule="exact"/>
        <w:jc w:val="both"/>
        <w:rPr>
          <w:rFonts w:hAnsi="ＭＳ 明朝" w:cs="Times New Roman"/>
          <w:kern w:val="2"/>
          <w:lang w:eastAsia="ja-JP"/>
        </w:rPr>
      </w:pPr>
    </w:p>
    <w:p w14:paraId="3FC577A1" w14:textId="158B242C" w:rsidR="00192D6E" w:rsidRPr="007959AB" w:rsidRDefault="00192D6E" w:rsidP="00192D6E">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color w:val="FFFFFF"/>
          <w:kern w:val="2"/>
          <w:lang w:eastAsia="ja-JP"/>
        </w:rPr>
        <w:t xml:space="preserve">　</w:t>
      </w:r>
      <w:r w:rsidRPr="007959AB">
        <w:rPr>
          <w:rFonts w:hAnsi="ＭＳ 明朝" w:cs="Times New Roman" w:hint="eastAsia"/>
          <w:kern w:val="2"/>
          <w:lang w:eastAsia="ja-JP"/>
        </w:rPr>
        <w:t xml:space="preserve">　　年　月　日</w:t>
      </w:r>
    </w:p>
    <w:p w14:paraId="30FD6447" w14:textId="77777777" w:rsidR="00671E31" w:rsidRPr="007959AB" w:rsidRDefault="00671E31" w:rsidP="002C20E7">
      <w:pPr>
        <w:widowControl w:val="0"/>
        <w:autoSpaceDN w:val="0"/>
        <w:spacing w:after="0" w:line="360" w:lineRule="exact"/>
        <w:jc w:val="both"/>
        <w:rPr>
          <w:rFonts w:hAnsi="ＭＳ 明朝" w:cs="Times New Roman"/>
          <w:kern w:val="2"/>
          <w:lang w:eastAsia="ja-JP"/>
        </w:rPr>
      </w:pPr>
    </w:p>
    <w:p w14:paraId="6A8C4E24" w14:textId="5AFB837F" w:rsidR="00845938" w:rsidRPr="007959AB" w:rsidRDefault="00845938" w:rsidP="002C20E7">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松前町長　　　　様</w:t>
      </w:r>
    </w:p>
    <w:p w14:paraId="239EB86F"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1B164FBF"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住　　　　所</w:t>
      </w:r>
    </w:p>
    <w:p w14:paraId="41FE088F"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商号又は名称</w:t>
      </w:r>
    </w:p>
    <w:p w14:paraId="499B3C4D"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C709F7">
        <w:rPr>
          <w:rFonts w:hAnsi="ＭＳ 明朝" w:cs="Times New Roman" w:hint="eastAsia"/>
          <w:spacing w:val="85"/>
          <w:fitText w:val="1440" w:id="-511881472"/>
          <w:lang w:eastAsia="ja-JP"/>
        </w:rPr>
        <w:t>代表者氏</w:t>
      </w:r>
      <w:r w:rsidRPr="00C709F7">
        <w:rPr>
          <w:rFonts w:hAnsi="ＭＳ 明朝" w:cs="Times New Roman" w:hint="eastAsia"/>
          <w:fitText w:val="1440" w:id="-511881472"/>
          <w:lang w:eastAsia="ja-JP"/>
        </w:rPr>
        <w:t>名</w:t>
      </w:r>
      <w:r w:rsidRPr="007959AB">
        <w:rPr>
          <w:rFonts w:hAnsi="ＭＳ 明朝" w:cs="Times New Roman" w:hint="eastAsia"/>
          <w:lang w:eastAsia="ja-JP"/>
        </w:rPr>
        <w:t xml:space="preserve">　　</w:t>
      </w:r>
      <w:r w:rsidRPr="007959AB">
        <w:rPr>
          <w:rFonts w:hAnsi="ＭＳ 明朝" w:cs="Times New Roman" w:hint="eastAsia"/>
          <w:kern w:val="2"/>
          <w:lang w:eastAsia="ja-JP"/>
        </w:rPr>
        <w:t xml:space="preserve">　　　　　　　　印</w:t>
      </w:r>
    </w:p>
    <w:p w14:paraId="3C9A4837"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05D14C69" w14:textId="1EB08CDF" w:rsidR="00845938" w:rsidRPr="007959AB" w:rsidRDefault="007923E8" w:rsidP="002C20E7">
      <w:pPr>
        <w:widowControl w:val="0"/>
        <w:autoSpaceDN w:val="0"/>
        <w:spacing w:after="0" w:line="360" w:lineRule="exact"/>
        <w:ind w:leftChars="100" w:left="220" w:firstLineChars="100" w:firstLine="220"/>
        <w:jc w:val="both"/>
        <w:rPr>
          <w:rFonts w:hAnsi="ＭＳ 明朝" w:cs="Times New Roman"/>
          <w:kern w:val="2"/>
          <w:lang w:eastAsia="ja-JP"/>
        </w:rPr>
      </w:pPr>
      <w:r w:rsidRPr="007959AB">
        <w:rPr>
          <w:rFonts w:hAnsi="ＭＳ 明朝" w:cs="Times New Roman" w:hint="eastAsia"/>
          <w:kern w:val="2"/>
          <w:lang w:eastAsia="ja-JP"/>
        </w:rPr>
        <w:t>指定を受けた業務の内容を変更したいので、</w:t>
      </w:r>
      <w:r w:rsidR="00845938" w:rsidRPr="007959AB">
        <w:rPr>
          <w:rFonts w:hAnsi="ＭＳ 明朝" w:cs="Times New Roman" w:hint="eastAsia"/>
          <w:kern w:val="2"/>
          <w:lang w:eastAsia="ja-JP"/>
        </w:rPr>
        <w:t>松前町空家等管理活用支援法人の指定に関する要綱第</w:t>
      </w:r>
      <w:r w:rsidR="00AE0F66">
        <w:rPr>
          <w:rFonts w:hAnsi="ＭＳ 明朝" w:cs="Times New Roman" w:hint="eastAsia"/>
          <w:kern w:val="2"/>
          <w:lang w:eastAsia="ja-JP"/>
        </w:rPr>
        <w:t>５</w:t>
      </w:r>
      <w:r w:rsidR="00845938" w:rsidRPr="007959AB">
        <w:rPr>
          <w:rFonts w:hAnsi="ＭＳ 明朝" w:cs="Times New Roman" w:hint="eastAsia"/>
          <w:kern w:val="2"/>
          <w:lang w:eastAsia="ja-JP"/>
        </w:rPr>
        <w:t>条第</w:t>
      </w:r>
      <w:r w:rsidR="00E71E4A" w:rsidRPr="007959AB">
        <w:rPr>
          <w:rFonts w:hAnsi="ＭＳ 明朝" w:cs="Times New Roman" w:hint="eastAsia"/>
          <w:kern w:val="2"/>
          <w:lang w:eastAsia="ja-JP"/>
        </w:rPr>
        <w:t>１</w:t>
      </w:r>
      <w:r w:rsidR="00845938" w:rsidRPr="007959AB">
        <w:rPr>
          <w:rFonts w:hAnsi="ＭＳ 明朝" w:cs="Times New Roman" w:hint="eastAsia"/>
          <w:kern w:val="2"/>
          <w:lang w:eastAsia="ja-JP"/>
        </w:rPr>
        <w:t>項の規定により</w:t>
      </w:r>
      <w:r w:rsidRPr="007959AB">
        <w:rPr>
          <w:rFonts w:hAnsi="ＭＳ 明朝" w:cs="Times New Roman" w:hint="eastAsia"/>
          <w:kern w:val="2"/>
          <w:lang w:eastAsia="ja-JP"/>
        </w:rPr>
        <w:t>次</w:t>
      </w:r>
      <w:r w:rsidR="00845938" w:rsidRPr="007959AB">
        <w:rPr>
          <w:rFonts w:hAnsi="ＭＳ 明朝" w:cs="Times New Roman" w:hint="eastAsia"/>
          <w:kern w:val="2"/>
          <w:lang w:eastAsia="ja-JP"/>
        </w:rPr>
        <w:t>のとおり</w:t>
      </w:r>
      <w:r w:rsidR="00FD3B11" w:rsidRPr="007959AB">
        <w:rPr>
          <w:rFonts w:hAnsi="ＭＳ 明朝" w:cs="Times New Roman" w:hint="eastAsia"/>
          <w:kern w:val="2"/>
          <w:lang w:eastAsia="ja-JP"/>
        </w:rPr>
        <w:t>申請します</w:t>
      </w:r>
      <w:r w:rsidR="00845938" w:rsidRPr="007959AB">
        <w:rPr>
          <w:rFonts w:hAnsi="ＭＳ 明朝" w:cs="Times New Roman" w:hint="eastAsia"/>
          <w:kern w:val="2"/>
          <w:lang w:eastAsia="ja-JP"/>
        </w:rPr>
        <w:t>。</w:t>
      </w:r>
    </w:p>
    <w:p w14:paraId="496D173C"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tbl>
      <w:tblPr>
        <w:tblStyle w:val="2f2"/>
        <w:tblW w:w="0" w:type="auto"/>
        <w:jc w:val="center"/>
        <w:tblLook w:val="04A0" w:firstRow="1" w:lastRow="0" w:firstColumn="1" w:lastColumn="0" w:noHBand="0" w:noVBand="1"/>
      </w:tblPr>
      <w:tblGrid>
        <w:gridCol w:w="2557"/>
        <w:gridCol w:w="1554"/>
        <w:gridCol w:w="4723"/>
      </w:tblGrid>
      <w:tr w:rsidR="00845938" w:rsidRPr="007959AB" w14:paraId="7DA43D22" w14:textId="77777777" w:rsidTr="00845938">
        <w:trPr>
          <w:jc w:val="center"/>
        </w:trPr>
        <w:tc>
          <w:tcPr>
            <w:tcW w:w="2557" w:type="dxa"/>
          </w:tcPr>
          <w:p w14:paraId="79213063" w14:textId="77777777" w:rsidR="00845938" w:rsidRPr="007959AB" w:rsidRDefault="00845938" w:rsidP="00C709F7">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変更予定年月日</w:t>
            </w:r>
          </w:p>
        </w:tc>
        <w:tc>
          <w:tcPr>
            <w:tcW w:w="6277" w:type="dxa"/>
            <w:gridSpan w:val="2"/>
          </w:tcPr>
          <w:p w14:paraId="094A2CC5" w14:textId="4AEC71E6" w:rsidR="00845938" w:rsidRPr="007959AB" w:rsidRDefault="00845938" w:rsidP="002C20E7">
            <w:pPr>
              <w:widowControl w:val="0"/>
              <w:autoSpaceDN w:val="0"/>
              <w:spacing w:line="360" w:lineRule="exact"/>
              <w:jc w:val="both"/>
              <w:rPr>
                <w:rFonts w:hAnsi="ＭＳ 明朝"/>
                <w:kern w:val="2"/>
                <w:sz w:val="22"/>
                <w:szCs w:val="22"/>
              </w:rPr>
            </w:pPr>
            <w:r w:rsidRPr="007959AB">
              <w:rPr>
                <w:rFonts w:hAnsi="ＭＳ 明朝" w:hint="eastAsia"/>
                <w:kern w:val="2"/>
                <w:sz w:val="22"/>
                <w:szCs w:val="22"/>
              </w:rPr>
              <w:t xml:space="preserve">　　　年　月　日</w:t>
            </w:r>
          </w:p>
        </w:tc>
      </w:tr>
      <w:tr w:rsidR="00845938" w:rsidRPr="007959AB" w14:paraId="28AEE5BE" w14:textId="77777777" w:rsidTr="00C5274C">
        <w:trPr>
          <w:jc w:val="center"/>
        </w:trPr>
        <w:tc>
          <w:tcPr>
            <w:tcW w:w="2557" w:type="dxa"/>
            <w:vMerge w:val="restart"/>
            <w:vAlign w:val="center"/>
          </w:tcPr>
          <w:p w14:paraId="20CA2AB4" w14:textId="77777777" w:rsidR="00845938" w:rsidRPr="007959AB" w:rsidRDefault="00845938"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変更の内容</w:t>
            </w:r>
          </w:p>
        </w:tc>
        <w:tc>
          <w:tcPr>
            <w:tcW w:w="1554" w:type="dxa"/>
            <w:vAlign w:val="center"/>
          </w:tcPr>
          <w:p w14:paraId="06D4FDDB" w14:textId="77777777" w:rsidR="00845938" w:rsidRPr="007959AB" w:rsidRDefault="00845938"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変更前</w:t>
            </w:r>
          </w:p>
        </w:tc>
        <w:tc>
          <w:tcPr>
            <w:tcW w:w="4723" w:type="dxa"/>
          </w:tcPr>
          <w:p w14:paraId="341B7275" w14:textId="77777777" w:rsidR="00845938" w:rsidRPr="007959AB" w:rsidRDefault="00845938" w:rsidP="002C20E7">
            <w:pPr>
              <w:widowControl w:val="0"/>
              <w:autoSpaceDN w:val="0"/>
              <w:spacing w:line="360" w:lineRule="exact"/>
              <w:jc w:val="both"/>
              <w:rPr>
                <w:rFonts w:hAnsi="ＭＳ 明朝"/>
                <w:kern w:val="2"/>
                <w:sz w:val="22"/>
                <w:szCs w:val="22"/>
              </w:rPr>
            </w:pPr>
          </w:p>
          <w:p w14:paraId="1C02B950" w14:textId="77777777" w:rsidR="00845938" w:rsidRPr="007959AB" w:rsidRDefault="00845938" w:rsidP="002C20E7">
            <w:pPr>
              <w:widowControl w:val="0"/>
              <w:autoSpaceDN w:val="0"/>
              <w:spacing w:line="360" w:lineRule="exact"/>
              <w:jc w:val="both"/>
              <w:rPr>
                <w:rFonts w:hAnsi="ＭＳ 明朝"/>
                <w:kern w:val="2"/>
                <w:sz w:val="22"/>
                <w:szCs w:val="22"/>
              </w:rPr>
            </w:pPr>
          </w:p>
          <w:p w14:paraId="2F8BFE7E" w14:textId="77777777" w:rsidR="00845938" w:rsidRPr="007959AB" w:rsidRDefault="00845938" w:rsidP="002C20E7">
            <w:pPr>
              <w:widowControl w:val="0"/>
              <w:autoSpaceDN w:val="0"/>
              <w:spacing w:line="360" w:lineRule="exact"/>
              <w:jc w:val="both"/>
              <w:rPr>
                <w:rFonts w:hAnsi="ＭＳ 明朝"/>
                <w:kern w:val="2"/>
                <w:sz w:val="22"/>
                <w:szCs w:val="22"/>
              </w:rPr>
            </w:pPr>
          </w:p>
        </w:tc>
      </w:tr>
      <w:tr w:rsidR="00845938" w:rsidRPr="007959AB" w14:paraId="7215FF6A" w14:textId="77777777" w:rsidTr="00C5274C">
        <w:trPr>
          <w:jc w:val="center"/>
        </w:trPr>
        <w:tc>
          <w:tcPr>
            <w:tcW w:w="2557" w:type="dxa"/>
            <w:vMerge/>
            <w:vAlign w:val="center"/>
          </w:tcPr>
          <w:p w14:paraId="58B065D1" w14:textId="77777777" w:rsidR="00845938" w:rsidRPr="007959AB" w:rsidRDefault="00845938" w:rsidP="00C5274C">
            <w:pPr>
              <w:widowControl w:val="0"/>
              <w:autoSpaceDN w:val="0"/>
              <w:spacing w:line="360" w:lineRule="exact"/>
              <w:jc w:val="center"/>
              <w:rPr>
                <w:rFonts w:hAnsi="ＭＳ 明朝"/>
                <w:kern w:val="2"/>
                <w:sz w:val="22"/>
                <w:szCs w:val="22"/>
              </w:rPr>
            </w:pPr>
          </w:p>
        </w:tc>
        <w:tc>
          <w:tcPr>
            <w:tcW w:w="1554" w:type="dxa"/>
            <w:vAlign w:val="center"/>
          </w:tcPr>
          <w:p w14:paraId="023EDAD2" w14:textId="77777777" w:rsidR="00845938" w:rsidRPr="007959AB" w:rsidRDefault="00845938"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変更後</w:t>
            </w:r>
          </w:p>
        </w:tc>
        <w:tc>
          <w:tcPr>
            <w:tcW w:w="4723" w:type="dxa"/>
          </w:tcPr>
          <w:p w14:paraId="405D603D" w14:textId="77777777" w:rsidR="00845938" w:rsidRPr="007959AB" w:rsidRDefault="00845938" w:rsidP="002C20E7">
            <w:pPr>
              <w:widowControl w:val="0"/>
              <w:autoSpaceDN w:val="0"/>
              <w:spacing w:line="360" w:lineRule="exact"/>
              <w:jc w:val="both"/>
              <w:rPr>
                <w:rFonts w:hAnsi="ＭＳ 明朝"/>
                <w:kern w:val="2"/>
                <w:sz w:val="22"/>
                <w:szCs w:val="22"/>
              </w:rPr>
            </w:pPr>
          </w:p>
          <w:p w14:paraId="5941D59C" w14:textId="77777777" w:rsidR="00845938" w:rsidRPr="007959AB" w:rsidRDefault="00845938" w:rsidP="002C20E7">
            <w:pPr>
              <w:widowControl w:val="0"/>
              <w:autoSpaceDN w:val="0"/>
              <w:spacing w:line="360" w:lineRule="exact"/>
              <w:jc w:val="both"/>
              <w:rPr>
                <w:rFonts w:hAnsi="ＭＳ 明朝"/>
                <w:kern w:val="2"/>
                <w:sz w:val="22"/>
                <w:szCs w:val="22"/>
              </w:rPr>
            </w:pPr>
          </w:p>
          <w:p w14:paraId="4DAC9D29" w14:textId="77777777" w:rsidR="00845938" w:rsidRPr="007959AB" w:rsidRDefault="00845938" w:rsidP="002C20E7">
            <w:pPr>
              <w:widowControl w:val="0"/>
              <w:autoSpaceDN w:val="0"/>
              <w:spacing w:line="360" w:lineRule="exact"/>
              <w:jc w:val="both"/>
              <w:rPr>
                <w:rFonts w:hAnsi="ＭＳ 明朝"/>
                <w:kern w:val="2"/>
                <w:sz w:val="22"/>
                <w:szCs w:val="22"/>
              </w:rPr>
            </w:pPr>
          </w:p>
        </w:tc>
      </w:tr>
      <w:tr w:rsidR="00845938" w:rsidRPr="007959AB" w14:paraId="344DBFA0" w14:textId="77777777" w:rsidTr="00C5274C">
        <w:trPr>
          <w:jc w:val="center"/>
        </w:trPr>
        <w:tc>
          <w:tcPr>
            <w:tcW w:w="2557" w:type="dxa"/>
            <w:vAlign w:val="center"/>
          </w:tcPr>
          <w:p w14:paraId="50F47753" w14:textId="77777777" w:rsidR="00845938" w:rsidRPr="007959AB" w:rsidRDefault="00845938"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変更の理由</w:t>
            </w:r>
          </w:p>
        </w:tc>
        <w:tc>
          <w:tcPr>
            <w:tcW w:w="6277" w:type="dxa"/>
            <w:gridSpan w:val="2"/>
          </w:tcPr>
          <w:p w14:paraId="4D9281B2" w14:textId="77777777" w:rsidR="00845938" w:rsidRPr="007959AB" w:rsidRDefault="00845938" w:rsidP="002C20E7">
            <w:pPr>
              <w:widowControl w:val="0"/>
              <w:autoSpaceDN w:val="0"/>
              <w:spacing w:line="360" w:lineRule="exact"/>
              <w:jc w:val="both"/>
              <w:rPr>
                <w:rFonts w:hAnsi="ＭＳ 明朝"/>
                <w:kern w:val="2"/>
                <w:sz w:val="22"/>
                <w:szCs w:val="22"/>
              </w:rPr>
            </w:pPr>
          </w:p>
          <w:p w14:paraId="08865BA4" w14:textId="77777777" w:rsidR="00845938" w:rsidRPr="007959AB" w:rsidRDefault="00845938" w:rsidP="002C20E7">
            <w:pPr>
              <w:widowControl w:val="0"/>
              <w:autoSpaceDN w:val="0"/>
              <w:spacing w:line="360" w:lineRule="exact"/>
              <w:jc w:val="both"/>
              <w:rPr>
                <w:rFonts w:hAnsi="ＭＳ 明朝"/>
                <w:kern w:val="2"/>
                <w:sz w:val="22"/>
                <w:szCs w:val="22"/>
              </w:rPr>
            </w:pPr>
          </w:p>
          <w:p w14:paraId="25764B1E" w14:textId="77777777" w:rsidR="00845938" w:rsidRPr="007959AB" w:rsidRDefault="00845938" w:rsidP="002C20E7">
            <w:pPr>
              <w:widowControl w:val="0"/>
              <w:autoSpaceDN w:val="0"/>
              <w:spacing w:line="360" w:lineRule="exact"/>
              <w:jc w:val="both"/>
              <w:rPr>
                <w:rFonts w:hAnsi="ＭＳ 明朝"/>
                <w:kern w:val="2"/>
                <w:sz w:val="22"/>
                <w:szCs w:val="22"/>
              </w:rPr>
            </w:pPr>
          </w:p>
          <w:p w14:paraId="462C7BA4" w14:textId="77777777" w:rsidR="00845938" w:rsidRPr="007959AB" w:rsidRDefault="00845938" w:rsidP="002C20E7">
            <w:pPr>
              <w:widowControl w:val="0"/>
              <w:autoSpaceDN w:val="0"/>
              <w:spacing w:line="360" w:lineRule="exact"/>
              <w:jc w:val="both"/>
              <w:rPr>
                <w:rFonts w:hAnsi="ＭＳ 明朝"/>
                <w:kern w:val="2"/>
                <w:sz w:val="22"/>
                <w:szCs w:val="22"/>
              </w:rPr>
            </w:pPr>
          </w:p>
          <w:p w14:paraId="33900FD5" w14:textId="77777777" w:rsidR="00845938" w:rsidRPr="007959AB" w:rsidRDefault="00845938" w:rsidP="002C20E7">
            <w:pPr>
              <w:widowControl w:val="0"/>
              <w:autoSpaceDN w:val="0"/>
              <w:spacing w:line="360" w:lineRule="exact"/>
              <w:jc w:val="both"/>
              <w:rPr>
                <w:rFonts w:hAnsi="ＭＳ 明朝"/>
                <w:kern w:val="2"/>
                <w:sz w:val="22"/>
                <w:szCs w:val="22"/>
              </w:rPr>
            </w:pPr>
          </w:p>
          <w:p w14:paraId="38BC1C45" w14:textId="77777777" w:rsidR="00845938" w:rsidRPr="007959AB" w:rsidRDefault="00845938" w:rsidP="002C20E7">
            <w:pPr>
              <w:widowControl w:val="0"/>
              <w:autoSpaceDN w:val="0"/>
              <w:spacing w:line="360" w:lineRule="exact"/>
              <w:jc w:val="both"/>
              <w:rPr>
                <w:rFonts w:hAnsi="ＭＳ 明朝"/>
                <w:kern w:val="2"/>
                <w:sz w:val="22"/>
                <w:szCs w:val="22"/>
              </w:rPr>
            </w:pPr>
          </w:p>
          <w:p w14:paraId="23955E42" w14:textId="77777777" w:rsidR="00845938" w:rsidRPr="007959AB" w:rsidRDefault="00845938" w:rsidP="002C20E7">
            <w:pPr>
              <w:widowControl w:val="0"/>
              <w:autoSpaceDN w:val="0"/>
              <w:spacing w:line="360" w:lineRule="exact"/>
              <w:jc w:val="both"/>
              <w:rPr>
                <w:rFonts w:hAnsi="ＭＳ 明朝"/>
                <w:kern w:val="2"/>
                <w:sz w:val="22"/>
                <w:szCs w:val="22"/>
              </w:rPr>
            </w:pPr>
          </w:p>
        </w:tc>
      </w:tr>
    </w:tbl>
    <w:p w14:paraId="57BD540C" w14:textId="77777777" w:rsidR="00F23EF9" w:rsidRPr="007959AB" w:rsidRDefault="00F23EF9" w:rsidP="002C20E7">
      <w:pPr>
        <w:widowControl w:val="0"/>
        <w:autoSpaceDN w:val="0"/>
        <w:spacing w:after="0" w:line="360" w:lineRule="exact"/>
        <w:jc w:val="both"/>
        <w:rPr>
          <w:rFonts w:hAnsi="ＭＳ 明朝" w:cs="Times New Roman"/>
          <w:kern w:val="2"/>
          <w:lang w:eastAsia="ja-JP"/>
        </w:rPr>
      </w:pPr>
    </w:p>
    <w:p w14:paraId="4F8883D5" w14:textId="0E65A868" w:rsidR="00354AFF" w:rsidRPr="007959AB" w:rsidRDefault="00354AFF" w:rsidP="002C20E7">
      <w:pPr>
        <w:spacing w:line="360" w:lineRule="exact"/>
        <w:rPr>
          <w:rFonts w:hAnsi="ＭＳ 明朝" w:cs="Times New Roman"/>
          <w:kern w:val="2"/>
          <w:lang w:eastAsia="ja-JP"/>
        </w:rPr>
      </w:pPr>
      <w:r w:rsidRPr="007959AB">
        <w:rPr>
          <w:rFonts w:hAnsi="ＭＳ 明朝" w:cs="Times New Roman"/>
          <w:kern w:val="2"/>
          <w:lang w:eastAsia="ja-JP"/>
        </w:rPr>
        <w:br w:type="page"/>
      </w:r>
    </w:p>
    <w:p w14:paraId="54E102EE" w14:textId="172E182D" w:rsidR="00845938" w:rsidRPr="007959AB" w:rsidRDefault="001D65A1" w:rsidP="00192D6E">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lastRenderedPageBreak/>
        <w:t>様式</w:t>
      </w:r>
      <w:r w:rsidR="00845938" w:rsidRPr="007959AB">
        <w:rPr>
          <w:rFonts w:hAnsi="ＭＳ 明朝" w:cs="Times New Roman" w:hint="eastAsia"/>
          <w:kern w:val="2"/>
          <w:lang w:eastAsia="ja-JP"/>
        </w:rPr>
        <w:t>第５号（第</w:t>
      </w:r>
      <w:r w:rsidR="00AE0F66">
        <w:rPr>
          <w:rFonts w:hAnsi="ＭＳ 明朝" w:cs="Times New Roman" w:hint="eastAsia"/>
          <w:kern w:val="2"/>
          <w:lang w:eastAsia="ja-JP"/>
        </w:rPr>
        <w:t>６</w:t>
      </w:r>
      <w:r w:rsidR="00845938" w:rsidRPr="007959AB">
        <w:rPr>
          <w:rFonts w:hAnsi="ＭＳ 明朝" w:cs="Times New Roman" w:hint="eastAsia"/>
          <w:kern w:val="2"/>
          <w:lang w:eastAsia="ja-JP"/>
        </w:rPr>
        <w:t>条関係</w:t>
      </w:r>
      <w:r w:rsidR="00192D6E">
        <w:rPr>
          <w:rFonts w:hAnsi="ＭＳ 明朝" w:cs="Times New Roman" w:hint="eastAsia"/>
          <w:kern w:val="2"/>
          <w:lang w:eastAsia="ja-JP"/>
        </w:rPr>
        <w:t>）</w:t>
      </w:r>
    </w:p>
    <w:p w14:paraId="573A359B"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1E98E108" w14:textId="34CA9D34" w:rsidR="00671E31" w:rsidRPr="007959AB" w:rsidRDefault="00671E31" w:rsidP="002C20E7">
      <w:pPr>
        <w:widowControl w:val="0"/>
        <w:autoSpaceDN w:val="0"/>
        <w:spacing w:after="0" w:line="360" w:lineRule="exact"/>
        <w:jc w:val="center"/>
        <w:rPr>
          <w:rFonts w:hAnsi="ＭＳ 明朝" w:cs="Times New Roman"/>
          <w:kern w:val="2"/>
          <w:lang w:eastAsia="ja-JP"/>
        </w:rPr>
      </w:pPr>
      <w:r w:rsidRPr="007959AB">
        <w:rPr>
          <w:rFonts w:hAnsi="ＭＳ 明朝" w:cs="Times New Roman" w:hint="eastAsia"/>
          <w:kern w:val="2"/>
          <w:lang w:eastAsia="ja-JP"/>
        </w:rPr>
        <w:t>空家等管理活用支援法人業務</w:t>
      </w:r>
      <w:r w:rsidR="000B5A35" w:rsidRPr="007959AB">
        <w:rPr>
          <w:rFonts w:hAnsi="ＭＳ 明朝" w:cs="Times New Roman" w:hint="eastAsia"/>
          <w:kern w:val="2"/>
          <w:lang w:eastAsia="ja-JP"/>
        </w:rPr>
        <w:t>休止（</w:t>
      </w:r>
      <w:r w:rsidRPr="007959AB">
        <w:rPr>
          <w:rFonts w:hAnsi="ＭＳ 明朝" w:cs="Times New Roman" w:hint="eastAsia"/>
          <w:kern w:val="2"/>
          <w:lang w:eastAsia="ja-JP"/>
        </w:rPr>
        <w:t>廃止</w:t>
      </w:r>
      <w:r w:rsidR="00A674F6">
        <w:rPr>
          <w:rFonts w:hAnsi="ＭＳ 明朝" w:cs="Times New Roman" w:hint="eastAsia"/>
          <w:kern w:val="2"/>
          <w:lang w:eastAsia="ja-JP"/>
        </w:rPr>
        <w:t>）</w:t>
      </w:r>
      <w:r w:rsidRPr="007959AB">
        <w:rPr>
          <w:rFonts w:hAnsi="ＭＳ 明朝" w:cs="Times New Roman" w:hint="eastAsia"/>
          <w:kern w:val="2"/>
          <w:lang w:eastAsia="ja-JP"/>
        </w:rPr>
        <w:t>届出書</w:t>
      </w:r>
    </w:p>
    <w:p w14:paraId="3769DAA9" w14:textId="77777777" w:rsidR="00671E31" w:rsidRPr="00A674F6" w:rsidRDefault="00671E31" w:rsidP="002C20E7">
      <w:pPr>
        <w:widowControl w:val="0"/>
        <w:autoSpaceDN w:val="0"/>
        <w:spacing w:after="0" w:line="360" w:lineRule="exact"/>
        <w:jc w:val="both"/>
        <w:rPr>
          <w:rFonts w:hAnsi="ＭＳ 明朝" w:cs="Times New Roman"/>
          <w:kern w:val="2"/>
          <w:lang w:eastAsia="ja-JP"/>
        </w:rPr>
      </w:pPr>
    </w:p>
    <w:p w14:paraId="4E0BED6C" w14:textId="54AF24CC" w:rsidR="00306BFF" w:rsidRDefault="00192D6E" w:rsidP="00192D6E">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color w:val="FFFFFF"/>
          <w:kern w:val="2"/>
          <w:lang w:eastAsia="ja-JP"/>
        </w:rPr>
        <w:t xml:space="preserve">　</w:t>
      </w:r>
      <w:r w:rsidRPr="007959AB">
        <w:rPr>
          <w:rFonts w:hAnsi="ＭＳ 明朝" w:cs="Times New Roman" w:hint="eastAsia"/>
          <w:kern w:val="2"/>
          <w:lang w:eastAsia="ja-JP"/>
        </w:rPr>
        <w:t xml:space="preserve">　　年　月　日</w:t>
      </w:r>
    </w:p>
    <w:p w14:paraId="30D41ED2" w14:textId="77777777" w:rsidR="00192D6E" w:rsidRPr="007959AB" w:rsidRDefault="00192D6E" w:rsidP="002C20E7">
      <w:pPr>
        <w:widowControl w:val="0"/>
        <w:autoSpaceDN w:val="0"/>
        <w:spacing w:after="0" w:line="360" w:lineRule="exact"/>
        <w:jc w:val="both"/>
        <w:rPr>
          <w:rFonts w:hAnsi="ＭＳ 明朝" w:cs="Times New Roman"/>
          <w:kern w:val="2"/>
          <w:lang w:eastAsia="ja-JP"/>
        </w:rPr>
      </w:pPr>
    </w:p>
    <w:p w14:paraId="6F2770A5" w14:textId="7DF08303" w:rsidR="00845938" w:rsidRPr="007959AB" w:rsidRDefault="00845938" w:rsidP="002C20E7">
      <w:pPr>
        <w:widowControl w:val="0"/>
        <w:autoSpaceDN w:val="0"/>
        <w:spacing w:after="0" w:line="360" w:lineRule="exact"/>
        <w:ind w:firstLineChars="100" w:firstLine="220"/>
        <w:jc w:val="both"/>
        <w:rPr>
          <w:rFonts w:hAnsi="ＭＳ 明朝" w:cs="Times New Roman"/>
          <w:kern w:val="2"/>
          <w:lang w:eastAsia="ja-JP"/>
        </w:rPr>
      </w:pPr>
      <w:r w:rsidRPr="007959AB">
        <w:rPr>
          <w:rFonts w:hAnsi="ＭＳ 明朝" w:cs="Times New Roman" w:hint="eastAsia"/>
          <w:kern w:val="2"/>
          <w:lang w:eastAsia="ja-JP"/>
        </w:rPr>
        <w:t>松前町長　　　　様</w:t>
      </w:r>
    </w:p>
    <w:p w14:paraId="57195503"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01DF43AA"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住　　　　所</w:t>
      </w:r>
    </w:p>
    <w:p w14:paraId="6D336FA0"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kern w:val="2"/>
          <w:lang w:eastAsia="ja-JP"/>
        </w:rPr>
        <w:t>商号又は名称</w:t>
      </w:r>
    </w:p>
    <w:p w14:paraId="694E4709" w14:textId="77777777" w:rsidR="00845938" w:rsidRPr="007959AB" w:rsidRDefault="00845938" w:rsidP="002C20E7">
      <w:pPr>
        <w:widowControl w:val="0"/>
        <w:autoSpaceDN w:val="0"/>
        <w:spacing w:after="0" w:line="360" w:lineRule="exact"/>
        <w:ind w:leftChars="2227" w:left="4899"/>
        <w:jc w:val="both"/>
        <w:rPr>
          <w:rFonts w:hAnsi="ＭＳ 明朝" w:cs="Times New Roman"/>
          <w:kern w:val="2"/>
          <w:lang w:eastAsia="ja-JP"/>
        </w:rPr>
      </w:pPr>
      <w:r w:rsidRPr="007959AB">
        <w:rPr>
          <w:rFonts w:hAnsi="ＭＳ 明朝" w:cs="Times New Roman" w:hint="eastAsia"/>
          <w:spacing w:val="85"/>
          <w:fitText w:val="1440" w:id="-511881215"/>
          <w:lang w:eastAsia="ja-JP"/>
        </w:rPr>
        <w:t>代表者氏</w:t>
      </w:r>
      <w:r w:rsidRPr="007959AB">
        <w:rPr>
          <w:rFonts w:hAnsi="ＭＳ 明朝" w:cs="Times New Roman" w:hint="eastAsia"/>
          <w:fitText w:val="1440" w:id="-511881215"/>
          <w:lang w:eastAsia="ja-JP"/>
        </w:rPr>
        <w:t>名</w:t>
      </w:r>
      <w:r w:rsidRPr="007959AB">
        <w:rPr>
          <w:rFonts w:hAnsi="ＭＳ 明朝" w:cs="Times New Roman" w:hint="eastAsia"/>
          <w:lang w:eastAsia="ja-JP"/>
        </w:rPr>
        <w:t xml:space="preserve">　　</w:t>
      </w:r>
      <w:r w:rsidRPr="007959AB">
        <w:rPr>
          <w:rFonts w:hAnsi="ＭＳ 明朝" w:cs="Times New Roman" w:hint="eastAsia"/>
          <w:kern w:val="2"/>
          <w:lang w:eastAsia="ja-JP"/>
        </w:rPr>
        <w:t xml:space="preserve">　　　　　　　　印</w:t>
      </w:r>
    </w:p>
    <w:p w14:paraId="7D6A014E"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66C109A4" w14:textId="1A5DEA12" w:rsidR="00845938" w:rsidRPr="007959AB" w:rsidRDefault="00845938" w:rsidP="002C20E7">
      <w:pPr>
        <w:widowControl w:val="0"/>
        <w:autoSpaceDN w:val="0"/>
        <w:spacing w:after="0" w:line="360" w:lineRule="exact"/>
        <w:ind w:leftChars="100" w:left="220" w:firstLineChars="100" w:firstLine="220"/>
        <w:jc w:val="both"/>
        <w:rPr>
          <w:rFonts w:hAnsi="ＭＳ 明朝" w:cs="Times New Roman"/>
          <w:kern w:val="2"/>
          <w:lang w:eastAsia="ja-JP"/>
        </w:rPr>
      </w:pPr>
      <w:r w:rsidRPr="007959AB">
        <w:rPr>
          <w:rFonts w:hAnsi="ＭＳ 明朝" w:cs="Times New Roman" w:hint="eastAsia"/>
          <w:kern w:val="2"/>
          <w:lang w:eastAsia="ja-JP"/>
        </w:rPr>
        <w:t>松前町空家等管理活用支援法人の業務を</w:t>
      </w:r>
      <w:r w:rsidR="00A11580" w:rsidRPr="007959AB">
        <w:rPr>
          <w:rFonts w:hAnsi="ＭＳ 明朝" w:cs="Times New Roman" w:hint="eastAsia"/>
          <w:kern w:val="2"/>
          <w:lang w:eastAsia="ja-JP"/>
        </w:rPr>
        <w:t>休止（</w:t>
      </w:r>
      <w:r w:rsidRPr="007959AB">
        <w:rPr>
          <w:rFonts w:hAnsi="ＭＳ 明朝" w:cs="Times New Roman" w:hint="eastAsia"/>
          <w:kern w:val="2"/>
          <w:lang w:eastAsia="ja-JP"/>
        </w:rPr>
        <w:t>廃止</w:t>
      </w:r>
      <w:r w:rsidR="00A11580" w:rsidRPr="007959AB">
        <w:rPr>
          <w:rFonts w:hAnsi="ＭＳ 明朝" w:cs="Times New Roman" w:hint="eastAsia"/>
          <w:kern w:val="2"/>
          <w:lang w:eastAsia="ja-JP"/>
        </w:rPr>
        <w:t>）</w:t>
      </w:r>
      <w:r w:rsidRPr="007959AB">
        <w:rPr>
          <w:rFonts w:hAnsi="ＭＳ 明朝" w:cs="Times New Roman" w:hint="eastAsia"/>
          <w:kern w:val="2"/>
          <w:lang w:eastAsia="ja-JP"/>
        </w:rPr>
        <w:t>し</w:t>
      </w:r>
      <w:r w:rsidR="00551F19">
        <w:rPr>
          <w:rFonts w:hAnsi="ＭＳ 明朝" w:cs="Times New Roman" w:hint="eastAsia"/>
          <w:kern w:val="2"/>
          <w:lang w:eastAsia="ja-JP"/>
        </w:rPr>
        <w:t>たい</w:t>
      </w:r>
      <w:r w:rsidRPr="007959AB">
        <w:rPr>
          <w:rFonts w:hAnsi="ＭＳ 明朝" w:cs="Times New Roman" w:hint="eastAsia"/>
          <w:kern w:val="2"/>
          <w:lang w:eastAsia="ja-JP"/>
        </w:rPr>
        <w:t>ので、松前町空家等管理活用支援法人の指定に関する要綱第</w:t>
      </w:r>
      <w:r w:rsidR="00AE0F66">
        <w:rPr>
          <w:rFonts w:hAnsi="ＭＳ 明朝" w:cs="Times New Roman" w:hint="eastAsia"/>
          <w:kern w:val="2"/>
          <w:lang w:eastAsia="ja-JP"/>
        </w:rPr>
        <w:t>６</w:t>
      </w:r>
      <w:r w:rsidRPr="007959AB">
        <w:rPr>
          <w:rFonts w:hAnsi="ＭＳ 明朝" w:cs="Times New Roman" w:hint="eastAsia"/>
          <w:kern w:val="2"/>
          <w:lang w:eastAsia="ja-JP"/>
        </w:rPr>
        <w:t>条の規定により</w:t>
      </w:r>
      <w:r w:rsidR="00A11580" w:rsidRPr="007959AB">
        <w:rPr>
          <w:rFonts w:hAnsi="ＭＳ 明朝" w:cs="Times New Roman" w:hint="eastAsia"/>
          <w:kern w:val="2"/>
          <w:lang w:eastAsia="ja-JP"/>
        </w:rPr>
        <w:t>次</w:t>
      </w:r>
      <w:r w:rsidRPr="007959AB">
        <w:rPr>
          <w:rFonts w:hAnsi="ＭＳ 明朝" w:cs="Times New Roman" w:hint="eastAsia"/>
          <w:kern w:val="2"/>
          <w:lang w:eastAsia="ja-JP"/>
        </w:rPr>
        <w:t>のとおり届け出ます。</w:t>
      </w:r>
    </w:p>
    <w:p w14:paraId="169BBF9B"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tbl>
      <w:tblPr>
        <w:tblStyle w:val="3e"/>
        <w:tblW w:w="0" w:type="auto"/>
        <w:jc w:val="center"/>
        <w:tblLook w:val="04A0" w:firstRow="1" w:lastRow="0" w:firstColumn="1" w:lastColumn="0" w:noHBand="0" w:noVBand="1"/>
      </w:tblPr>
      <w:tblGrid>
        <w:gridCol w:w="2557"/>
        <w:gridCol w:w="6277"/>
      </w:tblGrid>
      <w:tr w:rsidR="00845938" w:rsidRPr="007959AB" w14:paraId="41437374" w14:textId="77777777" w:rsidTr="00845938">
        <w:trPr>
          <w:jc w:val="center"/>
        </w:trPr>
        <w:tc>
          <w:tcPr>
            <w:tcW w:w="2557" w:type="dxa"/>
          </w:tcPr>
          <w:p w14:paraId="70126DC7" w14:textId="061BF348" w:rsidR="00845938" w:rsidRPr="007959AB" w:rsidRDefault="00A11580" w:rsidP="00C709F7">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休止（</w:t>
            </w:r>
            <w:r w:rsidR="00845938" w:rsidRPr="007959AB">
              <w:rPr>
                <w:rFonts w:hAnsi="ＭＳ 明朝" w:hint="eastAsia"/>
                <w:kern w:val="2"/>
                <w:sz w:val="22"/>
                <w:szCs w:val="22"/>
              </w:rPr>
              <w:t>廃止</w:t>
            </w:r>
            <w:r w:rsidRPr="007959AB">
              <w:rPr>
                <w:rFonts w:hAnsi="ＭＳ 明朝" w:hint="eastAsia"/>
                <w:kern w:val="2"/>
                <w:sz w:val="22"/>
                <w:szCs w:val="22"/>
              </w:rPr>
              <w:t>）</w:t>
            </w:r>
            <w:r w:rsidR="00845938" w:rsidRPr="007959AB">
              <w:rPr>
                <w:rFonts w:hAnsi="ＭＳ 明朝" w:hint="eastAsia"/>
                <w:kern w:val="2"/>
                <w:sz w:val="22"/>
                <w:szCs w:val="22"/>
              </w:rPr>
              <w:t>年月日</w:t>
            </w:r>
          </w:p>
        </w:tc>
        <w:tc>
          <w:tcPr>
            <w:tcW w:w="6277" w:type="dxa"/>
          </w:tcPr>
          <w:p w14:paraId="0E0A6EA5" w14:textId="322228D9" w:rsidR="00845938" w:rsidRPr="007959AB" w:rsidRDefault="00845938" w:rsidP="002C20E7">
            <w:pPr>
              <w:widowControl w:val="0"/>
              <w:autoSpaceDN w:val="0"/>
              <w:spacing w:line="360" w:lineRule="exact"/>
              <w:jc w:val="both"/>
              <w:rPr>
                <w:rFonts w:hAnsi="ＭＳ 明朝"/>
                <w:kern w:val="2"/>
                <w:sz w:val="22"/>
                <w:szCs w:val="22"/>
              </w:rPr>
            </w:pPr>
            <w:r w:rsidRPr="007959AB">
              <w:rPr>
                <w:rFonts w:hAnsi="ＭＳ 明朝" w:hint="eastAsia"/>
                <w:kern w:val="2"/>
                <w:sz w:val="22"/>
                <w:szCs w:val="22"/>
              </w:rPr>
              <w:t xml:space="preserve">　　　年　月　日</w:t>
            </w:r>
          </w:p>
        </w:tc>
      </w:tr>
      <w:tr w:rsidR="00845938" w:rsidRPr="007959AB" w14:paraId="38442D08" w14:textId="77777777" w:rsidTr="00C5274C">
        <w:trPr>
          <w:jc w:val="center"/>
        </w:trPr>
        <w:tc>
          <w:tcPr>
            <w:tcW w:w="2557" w:type="dxa"/>
            <w:vAlign w:val="center"/>
          </w:tcPr>
          <w:p w14:paraId="53B0F5DE" w14:textId="735BC29D" w:rsidR="00845938" w:rsidRPr="007959AB" w:rsidRDefault="00A11580"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休止（廃止）</w:t>
            </w:r>
            <w:r w:rsidR="00845938" w:rsidRPr="007959AB">
              <w:rPr>
                <w:rFonts w:hAnsi="ＭＳ 明朝" w:hint="eastAsia"/>
                <w:kern w:val="2"/>
                <w:sz w:val="22"/>
                <w:szCs w:val="22"/>
              </w:rPr>
              <w:t>の理由</w:t>
            </w:r>
          </w:p>
        </w:tc>
        <w:tc>
          <w:tcPr>
            <w:tcW w:w="6277" w:type="dxa"/>
          </w:tcPr>
          <w:p w14:paraId="46D51F7D" w14:textId="77777777" w:rsidR="00845938" w:rsidRPr="007959AB" w:rsidRDefault="00845938" w:rsidP="002C20E7">
            <w:pPr>
              <w:widowControl w:val="0"/>
              <w:autoSpaceDN w:val="0"/>
              <w:spacing w:line="360" w:lineRule="exact"/>
              <w:jc w:val="both"/>
              <w:rPr>
                <w:rFonts w:hAnsi="ＭＳ 明朝"/>
                <w:kern w:val="2"/>
                <w:sz w:val="22"/>
                <w:szCs w:val="22"/>
              </w:rPr>
            </w:pPr>
          </w:p>
          <w:p w14:paraId="7925D014" w14:textId="77777777" w:rsidR="00845938" w:rsidRPr="007959AB" w:rsidRDefault="00845938" w:rsidP="002C20E7">
            <w:pPr>
              <w:widowControl w:val="0"/>
              <w:autoSpaceDN w:val="0"/>
              <w:spacing w:line="360" w:lineRule="exact"/>
              <w:jc w:val="both"/>
              <w:rPr>
                <w:rFonts w:hAnsi="ＭＳ 明朝"/>
                <w:kern w:val="2"/>
                <w:sz w:val="22"/>
                <w:szCs w:val="22"/>
              </w:rPr>
            </w:pPr>
          </w:p>
          <w:p w14:paraId="3AAC8F05" w14:textId="77777777" w:rsidR="00845938" w:rsidRPr="007959AB" w:rsidRDefault="00845938" w:rsidP="002C20E7">
            <w:pPr>
              <w:widowControl w:val="0"/>
              <w:autoSpaceDN w:val="0"/>
              <w:spacing w:line="360" w:lineRule="exact"/>
              <w:jc w:val="both"/>
              <w:rPr>
                <w:rFonts w:hAnsi="ＭＳ 明朝"/>
                <w:kern w:val="2"/>
                <w:sz w:val="22"/>
                <w:szCs w:val="22"/>
              </w:rPr>
            </w:pPr>
          </w:p>
          <w:p w14:paraId="08F7811F" w14:textId="77777777" w:rsidR="00845938" w:rsidRPr="007959AB" w:rsidRDefault="00845938" w:rsidP="002C20E7">
            <w:pPr>
              <w:widowControl w:val="0"/>
              <w:autoSpaceDN w:val="0"/>
              <w:spacing w:line="360" w:lineRule="exact"/>
              <w:jc w:val="both"/>
              <w:rPr>
                <w:rFonts w:hAnsi="ＭＳ 明朝"/>
                <w:kern w:val="2"/>
                <w:sz w:val="22"/>
                <w:szCs w:val="22"/>
              </w:rPr>
            </w:pPr>
          </w:p>
          <w:p w14:paraId="1A212E9F" w14:textId="77777777" w:rsidR="00845938" w:rsidRPr="007959AB" w:rsidRDefault="00845938" w:rsidP="002C20E7">
            <w:pPr>
              <w:widowControl w:val="0"/>
              <w:autoSpaceDN w:val="0"/>
              <w:spacing w:line="360" w:lineRule="exact"/>
              <w:jc w:val="both"/>
              <w:rPr>
                <w:rFonts w:hAnsi="ＭＳ 明朝"/>
                <w:kern w:val="2"/>
                <w:sz w:val="22"/>
                <w:szCs w:val="22"/>
              </w:rPr>
            </w:pPr>
          </w:p>
          <w:p w14:paraId="0606519F" w14:textId="77777777" w:rsidR="00845938" w:rsidRPr="007959AB" w:rsidRDefault="00845938" w:rsidP="002C20E7">
            <w:pPr>
              <w:widowControl w:val="0"/>
              <w:autoSpaceDN w:val="0"/>
              <w:spacing w:line="360" w:lineRule="exact"/>
              <w:jc w:val="both"/>
              <w:rPr>
                <w:rFonts w:hAnsi="ＭＳ 明朝"/>
                <w:kern w:val="2"/>
                <w:sz w:val="22"/>
                <w:szCs w:val="22"/>
              </w:rPr>
            </w:pPr>
          </w:p>
          <w:p w14:paraId="3B75FBA8" w14:textId="77777777" w:rsidR="00845938" w:rsidRPr="007959AB" w:rsidRDefault="00845938" w:rsidP="002C20E7">
            <w:pPr>
              <w:widowControl w:val="0"/>
              <w:autoSpaceDN w:val="0"/>
              <w:spacing w:line="360" w:lineRule="exact"/>
              <w:jc w:val="both"/>
              <w:rPr>
                <w:rFonts w:hAnsi="ＭＳ 明朝"/>
                <w:kern w:val="2"/>
                <w:sz w:val="22"/>
                <w:szCs w:val="22"/>
              </w:rPr>
            </w:pPr>
          </w:p>
        </w:tc>
      </w:tr>
    </w:tbl>
    <w:p w14:paraId="199193AA" w14:textId="77777777" w:rsidR="00DC4652" w:rsidRPr="007959AB" w:rsidRDefault="00DC4652" w:rsidP="002C20E7">
      <w:pPr>
        <w:widowControl w:val="0"/>
        <w:autoSpaceDN w:val="0"/>
        <w:spacing w:after="0" w:line="360" w:lineRule="exact"/>
        <w:jc w:val="both"/>
        <w:rPr>
          <w:rFonts w:hAnsi="ＭＳ 明朝" w:cs="Times New Roman"/>
          <w:kern w:val="2"/>
          <w:lang w:eastAsia="ja-JP"/>
        </w:rPr>
      </w:pPr>
    </w:p>
    <w:p w14:paraId="76DCAAEB" w14:textId="0A95E86B" w:rsidR="0045287C" w:rsidRPr="007959AB" w:rsidRDefault="00354AFF" w:rsidP="002C20E7">
      <w:pPr>
        <w:spacing w:line="360" w:lineRule="exact"/>
        <w:rPr>
          <w:rFonts w:hAnsi="ＭＳ 明朝" w:cs="Times New Roman"/>
          <w:kern w:val="2"/>
          <w:lang w:eastAsia="ja-JP"/>
        </w:rPr>
      </w:pPr>
      <w:r w:rsidRPr="007959AB">
        <w:rPr>
          <w:rFonts w:hAnsi="ＭＳ 明朝" w:cs="Times New Roman"/>
          <w:kern w:val="2"/>
          <w:lang w:eastAsia="ja-JP"/>
        </w:rPr>
        <w:br w:type="page"/>
      </w:r>
    </w:p>
    <w:p w14:paraId="558F5C35" w14:textId="47FAB641" w:rsidR="00845938" w:rsidRPr="007959AB" w:rsidRDefault="001D65A1" w:rsidP="002C20E7">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lastRenderedPageBreak/>
        <w:t>様式</w:t>
      </w:r>
      <w:r w:rsidR="00845938" w:rsidRPr="007959AB">
        <w:rPr>
          <w:rFonts w:hAnsi="ＭＳ 明朝" w:cs="Times New Roman" w:hint="eastAsia"/>
          <w:kern w:val="2"/>
          <w:lang w:eastAsia="ja-JP"/>
        </w:rPr>
        <w:t>第６号（第</w:t>
      </w:r>
      <w:r w:rsidR="00AE0F66">
        <w:rPr>
          <w:rFonts w:hAnsi="ＭＳ 明朝" w:cs="Times New Roman" w:hint="eastAsia"/>
          <w:kern w:val="2"/>
          <w:lang w:eastAsia="ja-JP"/>
        </w:rPr>
        <w:t>９</w:t>
      </w:r>
      <w:r w:rsidR="00845938" w:rsidRPr="007959AB">
        <w:rPr>
          <w:rFonts w:hAnsi="ＭＳ 明朝" w:cs="Times New Roman" w:hint="eastAsia"/>
          <w:kern w:val="2"/>
          <w:lang w:eastAsia="ja-JP"/>
        </w:rPr>
        <w:t>条関係）</w:t>
      </w:r>
    </w:p>
    <w:p w14:paraId="30104755"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6ABE3A6D" w14:textId="3BB6CA3A" w:rsidR="00671E31" w:rsidRPr="007959AB" w:rsidRDefault="00671E31" w:rsidP="002C20E7">
      <w:pPr>
        <w:widowControl w:val="0"/>
        <w:autoSpaceDN w:val="0"/>
        <w:spacing w:after="0" w:line="360" w:lineRule="exact"/>
        <w:jc w:val="center"/>
        <w:rPr>
          <w:rFonts w:hAnsi="ＭＳ 明朝" w:cs="Times New Roman"/>
          <w:kern w:val="2"/>
          <w:lang w:eastAsia="ja-JP"/>
        </w:rPr>
      </w:pPr>
      <w:r w:rsidRPr="007959AB">
        <w:rPr>
          <w:rFonts w:hAnsi="ＭＳ 明朝" w:cs="Times New Roman" w:hint="eastAsia"/>
          <w:kern w:val="2"/>
          <w:lang w:eastAsia="ja-JP"/>
        </w:rPr>
        <w:t>空家等管理活用支援法人指定取消</w:t>
      </w:r>
      <w:r w:rsidR="000D3AE5">
        <w:rPr>
          <w:rFonts w:hAnsi="ＭＳ 明朝" w:cs="Times New Roman" w:hint="eastAsia"/>
          <w:kern w:val="2"/>
          <w:lang w:eastAsia="ja-JP"/>
        </w:rPr>
        <w:t>通知</w:t>
      </w:r>
      <w:r w:rsidRPr="007959AB">
        <w:rPr>
          <w:rFonts w:hAnsi="ＭＳ 明朝" w:cs="Times New Roman" w:hint="eastAsia"/>
          <w:kern w:val="2"/>
          <w:lang w:eastAsia="ja-JP"/>
        </w:rPr>
        <w:t>書</w:t>
      </w:r>
    </w:p>
    <w:p w14:paraId="09B47376" w14:textId="77777777" w:rsidR="00671E31" w:rsidRDefault="00671E31" w:rsidP="002C20E7">
      <w:pPr>
        <w:widowControl w:val="0"/>
        <w:autoSpaceDN w:val="0"/>
        <w:spacing w:after="0" w:line="360" w:lineRule="exact"/>
        <w:jc w:val="both"/>
        <w:rPr>
          <w:rFonts w:hAnsi="ＭＳ 明朝" w:cs="Times New Roman"/>
          <w:kern w:val="2"/>
          <w:lang w:eastAsia="ja-JP"/>
        </w:rPr>
      </w:pPr>
    </w:p>
    <w:p w14:paraId="15C67CA0" w14:textId="7AA7BFE4" w:rsidR="00551F19" w:rsidRDefault="00551F19" w:rsidP="00551F19">
      <w:pPr>
        <w:widowControl w:val="0"/>
        <w:autoSpaceDN w:val="0"/>
        <w:spacing w:after="0" w:line="360" w:lineRule="exact"/>
        <w:jc w:val="right"/>
        <w:rPr>
          <w:rFonts w:hAnsi="ＭＳ 明朝" w:cs="Times New Roman"/>
          <w:kern w:val="2"/>
          <w:lang w:eastAsia="ja-JP"/>
        </w:rPr>
      </w:pPr>
      <w:r>
        <w:rPr>
          <w:rFonts w:hAnsi="ＭＳ 明朝" w:cs="Times New Roman" w:hint="eastAsia"/>
          <w:kern w:val="2"/>
          <w:lang w:eastAsia="ja-JP"/>
        </w:rPr>
        <w:t>第　号</w:t>
      </w:r>
    </w:p>
    <w:p w14:paraId="71282674" w14:textId="77777777" w:rsidR="00192D6E" w:rsidRPr="007959AB" w:rsidRDefault="00192D6E" w:rsidP="00192D6E">
      <w:pPr>
        <w:widowControl w:val="0"/>
        <w:autoSpaceDN w:val="0"/>
        <w:spacing w:after="0" w:line="360" w:lineRule="exact"/>
        <w:jc w:val="right"/>
        <w:rPr>
          <w:rFonts w:hAnsi="ＭＳ 明朝" w:cs="Times New Roman"/>
          <w:kern w:val="2"/>
          <w:lang w:eastAsia="ja-JP"/>
        </w:rPr>
      </w:pPr>
      <w:r w:rsidRPr="007959AB">
        <w:rPr>
          <w:rFonts w:hAnsi="ＭＳ 明朝" w:cs="Times New Roman" w:hint="eastAsia"/>
          <w:kern w:val="2"/>
          <w:lang w:eastAsia="ja-JP"/>
        </w:rPr>
        <w:t xml:space="preserve">　年　月　日</w:t>
      </w:r>
    </w:p>
    <w:p w14:paraId="51074A0A" w14:textId="77777777" w:rsidR="00671E31" w:rsidRPr="007959AB" w:rsidRDefault="00671E31" w:rsidP="002C20E7">
      <w:pPr>
        <w:widowControl w:val="0"/>
        <w:autoSpaceDN w:val="0"/>
        <w:spacing w:after="0" w:line="360" w:lineRule="exact"/>
        <w:jc w:val="both"/>
        <w:rPr>
          <w:rFonts w:hAnsi="ＭＳ 明朝" w:cs="Times New Roman"/>
          <w:kern w:val="2"/>
          <w:lang w:eastAsia="ja-JP"/>
        </w:rPr>
      </w:pPr>
    </w:p>
    <w:p w14:paraId="7B8D526E" w14:textId="28BEF5CF" w:rsidR="00845938" w:rsidRPr="007959AB" w:rsidRDefault="00192D6E" w:rsidP="002C20E7">
      <w:pPr>
        <w:widowControl w:val="0"/>
        <w:autoSpaceDN w:val="0"/>
        <w:spacing w:after="0" w:line="360" w:lineRule="exact"/>
        <w:jc w:val="both"/>
        <w:rPr>
          <w:rFonts w:hAnsi="ＭＳ 明朝" w:cs="Times New Roman"/>
          <w:kern w:val="2"/>
          <w:lang w:eastAsia="ja-JP"/>
        </w:rPr>
      </w:pPr>
      <w:r>
        <w:rPr>
          <w:rFonts w:hAnsi="ＭＳ 明朝" w:cs="Times New Roman" w:hint="eastAsia"/>
          <w:color w:val="FFFFFF"/>
          <w:kern w:val="2"/>
          <w:lang w:eastAsia="ja-JP"/>
        </w:rPr>
        <w:t xml:space="preserve">　　　　　　　　　</w:t>
      </w:r>
      <w:r w:rsidR="00845938" w:rsidRPr="007959AB">
        <w:rPr>
          <w:rFonts w:hAnsi="ＭＳ 明朝" w:cs="Times New Roman" w:hint="eastAsia"/>
          <w:kern w:val="2"/>
          <w:lang w:eastAsia="ja-JP"/>
        </w:rPr>
        <w:t>様</w:t>
      </w:r>
    </w:p>
    <w:p w14:paraId="77A03BE5"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5926BCCC" w14:textId="1D75EF4D" w:rsidR="00845938" w:rsidRPr="007959AB" w:rsidRDefault="00845938" w:rsidP="002C20E7">
      <w:pPr>
        <w:widowControl w:val="0"/>
        <w:autoSpaceDN w:val="0"/>
        <w:spacing w:after="0" w:line="360" w:lineRule="exact"/>
        <w:jc w:val="both"/>
        <w:rPr>
          <w:rFonts w:hAnsi="ＭＳ 明朝" w:cs="Times New Roman"/>
          <w:kern w:val="2"/>
          <w:lang w:eastAsia="ja-JP"/>
        </w:rPr>
      </w:pPr>
      <w:r w:rsidRPr="007959AB">
        <w:rPr>
          <w:rFonts w:hAnsi="ＭＳ 明朝" w:cs="Times New Roman" w:hint="eastAsia"/>
          <w:kern w:val="2"/>
          <w:lang w:eastAsia="ja-JP"/>
        </w:rPr>
        <w:t xml:space="preserve">　　　　　　　　　　　　　　　　　　　　　　　　　　　　　松前町長</w:t>
      </w:r>
      <w:r w:rsidR="00C709F7">
        <w:rPr>
          <w:rFonts w:hAnsi="ＭＳ 明朝" w:cs="Times New Roman" w:hint="eastAsia"/>
          <w:kern w:val="2"/>
          <w:lang w:eastAsia="ja-JP"/>
        </w:rPr>
        <w:t xml:space="preserve">　　　　　　　　　　　印</w:t>
      </w:r>
    </w:p>
    <w:p w14:paraId="797445BA"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7CA3F2A4" w14:textId="71660DE3" w:rsidR="00845938" w:rsidRPr="007959AB" w:rsidRDefault="00551F19" w:rsidP="00C709F7">
      <w:pPr>
        <w:widowControl w:val="0"/>
        <w:autoSpaceDN w:val="0"/>
        <w:spacing w:after="0" w:line="360" w:lineRule="exact"/>
        <w:ind w:leftChars="100" w:left="220" w:firstLineChars="400" w:firstLine="880"/>
        <w:jc w:val="both"/>
        <w:rPr>
          <w:rFonts w:hAnsi="ＭＳ 明朝" w:cs="Times New Roman"/>
          <w:kern w:val="2"/>
          <w:lang w:eastAsia="ja-JP"/>
        </w:rPr>
      </w:pPr>
      <w:r>
        <w:rPr>
          <w:rFonts w:hAnsi="ＭＳ 明朝" w:cs="Times New Roman" w:hint="eastAsia"/>
          <w:kern w:val="2"/>
          <w:lang w:eastAsia="ja-JP"/>
        </w:rPr>
        <w:t>年　月　日付け　　第　号で行った</w:t>
      </w:r>
      <w:r w:rsidR="00A11580" w:rsidRPr="007959AB">
        <w:rPr>
          <w:rFonts w:hAnsi="ＭＳ 明朝" w:cs="Times New Roman" w:hint="eastAsia"/>
          <w:kern w:val="2"/>
          <w:lang w:eastAsia="ja-JP"/>
        </w:rPr>
        <w:t>指定</w:t>
      </w:r>
      <w:r>
        <w:rPr>
          <w:rFonts w:hAnsi="ＭＳ 明朝" w:cs="Times New Roman" w:hint="eastAsia"/>
          <w:kern w:val="2"/>
          <w:lang w:eastAsia="ja-JP"/>
        </w:rPr>
        <w:t>を</w:t>
      </w:r>
      <w:r w:rsidR="00A11580" w:rsidRPr="007959AB">
        <w:rPr>
          <w:rFonts w:hAnsi="ＭＳ 明朝" w:cs="Times New Roman" w:hint="eastAsia"/>
          <w:kern w:val="2"/>
          <w:lang w:eastAsia="ja-JP"/>
        </w:rPr>
        <w:t>次のとおり取り消したので、</w:t>
      </w:r>
      <w:r w:rsidR="00845938" w:rsidRPr="007959AB">
        <w:rPr>
          <w:rFonts w:hAnsi="ＭＳ 明朝" w:cs="Times New Roman" w:hint="eastAsia"/>
          <w:kern w:val="2"/>
          <w:lang w:eastAsia="ja-JP"/>
        </w:rPr>
        <w:t>松前町空家等管理活用支援法人の指定に関する要綱第</w:t>
      </w:r>
      <w:r w:rsidR="00AE0F66">
        <w:rPr>
          <w:rFonts w:hAnsi="ＭＳ 明朝" w:cs="Times New Roman" w:hint="eastAsia"/>
          <w:kern w:val="2"/>
          <w:lang w:eastAsia="ja-JP"/>
        </w:rPr>
        <w:t>９</w:t>
      </w:r>
      <w:r w:rsidR="00845938" w:rsidRPr="007959AB">
        <w:rPr>
          <w:rFonts w:hAnsi="ＭＳ 明朝" w:cs="Times New Roman" w:hint="eastAsia"/>
          <w:kern w:val="2"/>
          <w:lang w:eastAsia="ja-JP"/>
        </w:rPr>
        <w:t>条</w:t>
      </w:r>
      <w:r w:rsidR="00AC41B3">
        <w:rPr>
          <w:rFonts w:hAnsi="ＭＳ 明朝" w:cs="Times New Roman" w:hint="eastAsia"/>
          <w:kern w:val="2"/>
          <w:lang w:eastAsia="ja-JP"/>
        </w:rPr>
        <w:t>第２項</w:t>
      </w:r>
      <w:r w:rsidR="00845938" w:rsidRPr="007959AB">
        <w:rPr>
          <w:rFonts w:hAnsi="ＭＳ 明朝" w:cs="Times New Roman" w:hint="eastAsia"/>
          <w:kern w:val="2"/>
          <w:lang w:eastAsia="ja-JP"/>
        </w:rPr>
        <w:t>の規定により</w:t>
      </w:r>
      <w:r w:rsidR="00A11580" w:rsidRPr="007959AB">
        <w:rPr>
          <w:rFonts w:hAnsi="ＭＳ 明朝" w:cs="Times New Roman" w:hint="eastAsia"/>
          <w:kern w:val="2"/>
          <w:lang w:eastAsia="ja-JP"/>
        </w:rPr>
        <w:t>通知する。</w:t>
      </w:r>
    </w:p>
    <w:p w14:paraId="38A08A5F" w14:textId="77777777" w:rsidR="00845938" w:rsidRPr="007959AB" w:rsidRDefault="00845938" w:rsidP="002C20E7">
      <w:pPr>
        <w:widowControl w:val="0"/>
        <w:autoSpaceDN w:val="0"/>
        <w:spacing w:after="0" w:line="360" w:lineRule="exact"/>
        <w:ind w:firstLineChars="100" w:firstLine="220"/>
        <w:jc w:val="both"/>
        <w:rPr>
          <w:rFonts w:hAnsi="ＭＳ 明朝" w:cs="Times New Roman"/>
          <w:kern w:val="2"/>
          <w:lang w:eastAsia="ja-JP"/>
        </w:rPr>
      </w:pPr>
    </w:p>
    <w:tbl>
      <w:tblPr>
        <w:tblStyle w:val="48"/>
        <w:tblW w:w="0" w:type="auto"/>
        <w:jc w:val="center"/>
        <w:tblLook w:val="04A0" w:firstRow="1" w:lastRow="0" w:firstColumn="1" w:lastColumn="0" w:noHBand="0" w:noVBand="1"/>
      </w:tblPr>
      <w:tblGrid>
        <w:gridCol w:w="2557"/>
        <w:gridCol w:w="6277"/>
      </w:tblGrid>
      <w:tr w:rsidR="00845938" w:rsidRPr="007959AB" w14:paraId="77C6FC76" w14:textId="77777777" w:rsidTr="005B446A">
        <w:trPr>
          <w:jc w:val="center"/>
        </w:trPr>
        <w:tc>
          <w:tcPr>
            <w:tcW w:w="2557" w:type="dxa"/>
          </w:tcPr>
          <w:p w14:paraId="01E91DAE" w14:textId="3EDBF0EE" w:rsidR="00845938" w:rsidRPr="007959AB" w:rsidRDefault="00845938" w:rsidP="00C709F7">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指定取消年月日</w:t>
            </w:r>
          </w:p>
        </w:tc>
        <w:tc>
          <w:tcPr>
            <w:tcW w:w="6277" w:type="dxa"/>
          </w:tcPr>
          <w:p w14:paraId="67245468" w14:textId="2311A49B" w:rsidR="00845938" w:rsidRPr="007959AB" w:rsidRDefault="00845938" w:rsidP="002C20E7">
            <w:pPr>
              <w:widowControl w:val="0"/>
              <w:autoSpaceDN w:val="0"/>
              <w:spacing w:line="360" w:lineRule="exact"/>
              <w:jc w:val="both"/>
              <w:rPr>
                <w:rFonts w:hAnsi="ＭＳ 明朝"/>
                <w:kern w:val="2"/>
                <w:sz w:val="22"/>
                <w:szCs w:val="22"/>
              </w:rPr>
            </w:pPr>
            <w:r w:rsidRPr="007959AB">
              <w:rPr>
                <w:rFonts w:hAnsi="ＭＳ 明朝" w:hint="eastAsia"/>
                <w:kern w:val="2"/>
                <w:sz w:val="22"/>
                <w:szCs w:val="22"/>
              </w:rPr>
              <w:t xml:space="preserve">　　　年　月　日</w:t>
            </w:r>
          </w:p>
        </w:tc>
      </w:tr>
      <w:tr w:rsidR="00845938" w:rsidRPr="007959AB" w14:paraId="7B92B814" w14:textId="77777777" w:rsidTr="00C5274C">
        <w:trPr>
          <w:jc w:val="center"/>
        </w:trPr>
        <w:tc>
          <w:tcPr>
            <w:tcW w:w="2557" w:type="dxa"/>
            <w:vAlign w:val="center"/>
          </w:tcPr>
          <w:p w14:paraId="27D0342E" w14:textId="16B69EB9" w:rsidR="00845938" w:rsidRPr="007959AB" w:rsidRDefault="00845938" w:rsidP="00C5274C">
            <w:pPr>
              <w:widowControl w:val="0"/>
              <w:autoSpaceDN w:val="0"/>
              <w:spacing w:line="360" w:lineRule="exact"/>
              <w:jc w:val="center"/>
              <w:rPr>
                <w:rFonts w:hAnsi="ＭＳ 明朝"/>
                <w:kern w:val="2"/>
                <w:sz w:val="22"/>
                <w:szCs w:val="22"/>
              </w:rPr>
            </w:pPr>
            <w:r w:rsidRPr="007959AB">
              <w:rPr>
                <w:rFonts w:hAnsi="ＭＳ 明朝" w:hint="eastAsia"/>
                <w:kern w:val="2"/>
                <w:sz w:val="22"/>
                <w:szCs w:val="22"/>
              </w:rPr>
              <w:t>指定取消の理由</w:t>
            </w:r>
          </w:p>
        </w:tc>
        <w:tc>
          <w:tcPr>
            <w:tcW w:w="6277" w:type="dxa"/>
          </w:tcPr>
          <w:p w14:paraId="796E7F2E" w14:textId="77777777" w:rsidR="00845938" w:rsidRPr="007959AB" w:rsidRDefault="00845938" w:rsidP="002C20E7">
            <w:pPr>
              <w:widowControl w:val="0"/>
              <w:autoSpaceDN w:val="0"/>
              <w:spacing w:line="360" w:lineRule="exact"/>
              <w:jc w:val="both"/>
              <w:rPr>
                <w:rFonts w:hAnsi="ＭＳ 明朝"/>
                <w:kern w:val="2"/>
                <w:sz w:val="22"/>
                <w:szCs w:val="22"/>
              </w:rPr>
            </w:pPr>
          </w:p>
          <w:p w14:paraId="1F1209F0" w14:textId="77777777" w:rsidR="00845938" w:rsidRPr="007959AB" w:rsidRDefault="00845938" w:rsidP="002C20E7">
            <w:pPr>
              <w:widowControl w:val="0"/>
              <w:autoSpaceDN w:val="0"/>
              <w:spacing w:line="360" w:lineRule="exact"/>
              <w:jc w:val="both"/>
              <w:rPr>
                <w:rFonts w:hAnsi="ＭＳ 明朝"/>
                <w:kern w:val="2"/>
                <w:sz w:val="22"/>
                <w:szCs w:val="22"/>
              </w:rPr>
            </w:pPr>
          </w:p>
          <w:p w14:paraId="12140A57" w14:textId="77777777" w:rsidR="00845938" w:rsidRPr="007959AB" w:rsidRDefault="00845938" w:rsidP="002C20E7">
            <w:pPr>
              <w:widowControl w:val="0"/>
              <w:autoSpaceDN w:val="0"/>
              <w:spacing w:line="360" w:lineRule="exact"/>
              <w:jc w:val="both"/>
              <w:rPr>
                <w:rFonts w:hAnsi="ＭＳ 明朝"/>
                <w:kern w:val="2"/>
                <w:sz w:val="22"/>
                <w:szCs w:val="22"/>
              </w:rPr>
            </w:pPr>
          </w:p>
          <w:p w14:paraId="25DD7064" w14:textId="77777777" w:rsidR="00845938" w:rsidRPr="007959AB" w:rsidRDefault="00845938" w:rsidP="002C20E7">
            <w:pPr>
              <w:widowControl w:val="0"/>
              <w:autoSpaceDN w:val="0"/>
              <w:spacing w:line="360" w:lineRule="exact"/>
              <w:jc w:val="both"/>
              <w:rPr>
                <w:rFonts w:hAnsi="ＭＳ 明朝"/>
                <w:kern w:val="2"/>
                <w:sz w:val="22"/>
                <w:szCs w:val="22"/>
              </w:rPr>
            </w:pPr>
          </w:p>
          <w:p w14:paraId="3B2D7C6D" w14:textId="77777777" w:rsidR="00845938" w:rsidRPr="007959AB" w:rsidRDefault="00845938" w:rsidP="002C20E7">
            <w:pPr>
              <w:widowControl w:val="0"/>
              <w:autoSpaceDN w:val="0"/>
              <w:spacing w:line="360" w:lineRule="exact"/>
              <w:jc w:val="both"/>
              <w:rPr>
                <w:rFonts w:hAnsi="ＭＳ 明朝"/>
                <w:kern w:val="2"/>
                <w:sz w:val="22"/>
                <w:szCs w:val="22"/>
              </w:rPr>
            </w:pPr>
          </w:p>
          <w:p w14:paraId="5B0B421B" w14:textId="77777777" w:rsidR="00845938" w:rsidRPr="007959AB" w:rsidRDefault="00845938" w:rsidP="002C20E7">
            <w:pPr>
              <w:widowControl w:val="0"/>
              <w:autoSpaceDN w:val="0"/>
              <w:spacing w:line="360" w:lineRule="exact"/>
              <w:jc w:val="both"/>
              <w:rPr>
                <w:rFonts w:hAnsi="ＭＳ 明朝"/>
                <w:kern w:val="2"/>
                <w:sz w:val="22"/>
                <w:szCs w:val="22"/>
              </w:rPr>
            </w:pPr>
          </w:p>
          <w:p w14:paraId="59F3DDD9" w14:textId="77777777" w:rsidR="00845938" w:rsidRPr="007959AB" w:rsidRDefault="00845938" w:rsidP="002C20E7">
            <w:pPr>
              <w:widowControl w:val="0"/>
              <w:autoSpaceDN w:val="0"/>
              <w:spacing w:line="360" w:lineRule="exact"/>
              <w:jc w:val="both"/>
              <w:rPr>
                <w:rFonts w:hAnsi="ＭＳ 明朝"/>
                <w:kern w:val="2"/>
                <w:sz w:val="22"/>
                <w:szCs w:val="22"/>
              </w:rPr>
            </w:pPr>
          </w:p>
        </w:tc>
      </w:tr>
    </w:tbl>
    <w:p w14:paraId="46ACC6D5"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6D54C50C"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217661B7" w14:textId="77777777" w:rsidR="00845938" w:rsidRPr="007959AB" w:rsidRDefault="00845938" w:rsidP="002C20E7">
      <w:pPr>
        <w:widowControl w:val="0"/>
        <w:autoSpaceDN w:val="0"/>
        <w:spacing w:after="0" w:line="360" w:lineRule="exact"/>
        <w:jc w:val="both"/>
        <w:rPr>
          <w:rFonts w:hAnsi="ＭＳ 明朝" w:cs="Times New Roman"/>
          <w:kern w:val="2"/>
          <w:lang w:eastAsia="ja-JP"/>
        </w:rPr>
      </w:pPr>
    </w:p>
    <w:p w14:paraId="7BE88467" w14:textId="77777777" w:rsidR="00845938" w:rsidRPr="007959AB" w:rsidRDefault="00845938" w:rsidP="00192D6E">
      <w:pPr>
        <w:widowControl w:val="0"/>
        <w:autoSpaceDE w:val="0"/>
        <w:autoSpaceDN w:val="0"/>
        <w:adjustRightInd w:val="0"/>
        <w:spacing w:after="0" w:line="360" w:lineRule="exact"/>
        <w:jc w:val="both"/>
        <w:rPr>
          <w:rFonts w:hAnsi="ＭＳ 明朝" w:cs="ＭＳ ゴシック"/>
          <w:lang w:eastAsia="ja-JP"/>
        </w:rPr>
      </w:pPr>
    </w:p>
    <w:sectPr w:rsidR="00845938" w:rsidRPr="007959AB" w:rsidSect="00F006A2">
      <w:pgSz w:w="12242" w:h="15842" w:code="1"/>
      <w:pgMar w:top="1134" w:right="907" w:bottom="1134" w:left="1021" w:header="720" w:footer="720" w:gutter="0"/>
      <w:cols w:space="720"/>
      <w:docGrid w:linePitch="522" w:charSpace="-444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4456B" w14:textId="77777777" w:rsidR="00310D10" w:rsidRDefault="00310D10" w:rsidP="001F2CDD">
      <w:pPr>
        <w:spacing w:after="0" w:line="240" w:lineRule="auto"/>
      </w:pPr>
      <w:r>
        <w:separator/>
      </w:r>
    </w:p>
  </w:endnote>
  <w:endnote w:type="continuationSeparator" w:id="0">
    <w:p w14:paraId="68D3A10F" w14:textId="77777777" w:rsidR="00310D10" w:rsidRDefault="00310D10" w:rsidP="001F2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8DEC88" w14:textId="77777777" w:rsidR="00310D10" w:rsidRDefault="00310D10" w:rsidP="001F2CDD">
      <w:pPr>
        <w:spacing w:after="0" w:line="240" w:lineRule="auto"/>
      </w:pPr>
      <w:r>
        <w:separator/>
      </w:r>
    </w:p>
  </w:footnote>
  <w:footnote w:type="continuationSeparator" w:id="0">
    <w:p w14:paraId="265594E5" w14:textId="77777777" w:rsidR="00310D10" w:rsidRDefault="00310D10" w:rsidP="001F2C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99"/>
  <w:drawingGridVerticalSpacing w:val="261"/>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05D8A"/>
    <w:rsid w:val="00026857"/>
    <w:rsid w:val="00034616"/>
    <w:rsid w:val="00037F65"/>
    <w:rsid w:val="00057DB0"/>
    <w:rsid w:val="0006063C"/>
    <w:rsid w:val="00082BC0"/>
    <w:rsid w:val="00092443"/>
    <w:rsid w:val="000A0683"/>
    <w:rsid w:val="000B5A35"/>
    <w:rsid w:val="000D1EFC"/>
    <w:rsid w:val="000D3AE5"/>
    <w:rsid w:val="000D3D6A"/>
    <w:rsid w:val="000D5A72"/>
    <w:rsid w:val="000F288E"/>
    <w:rsid w:val="001034D4"/>
    <w:rsid w:val="00112E34"/>
    <w:rsid w:val="001202A2"/>
    <w:rsid w:val="00133115"/>
    <w:rsid w:val="00146219"/>
    <w:rsid w:val="0015074B"/>
    <w:rsid w:val="00155726"/>
    <w:rsid w:val="00163E45"/>
    <w:rsid w:val="0017297D"/>
    <w:rsid w:val="00173BC5"/>
    <w:rsid w:val="00192D6E"/>
    <w:rsid w:val="001D5288"/>
    <w:rsid w:val="001D65A1"/>
    <w:rsid w:val="001E5B1D"/>
    <w:rsid w:val="001E790D"/>
    <w:rsid w:val="001F2CDD"/>
    <w:rsid w:val="00270B9E"/>
    <w:rsid w:val="00280BFC"/>
    <w:rsid w:val="00291AEA"/>
    <w:rsid w:val="0029639D"/>
    <w:rsid w:val="002A73EA"/>
    <w:rsid w:val="002B42E7"/>
    <w:rsid w:val="002C20E7"/>
    <w:rsid w:val="002D0E94"/>
    <w:rsid w:val="002D1123"/>
    <w:rsid w:val="002F751F"/>
    <w:rsid w:val="002F770D"/>
    <w:rsid w:val="00300B91"/>
    <w:rsid w:val="00306BFF"/>
    <w:rsid w:val="00310D10"/>
    <w:rsid w:val="003119E1"/>
    <w:rsid w:val="00315269"/>
    <w:rsid w:val="003176CD"/>
    <w:rsid w:val="003178E3"/>
    <w:rsid w:val="00326F90"/>
    <w:rsid w:val="0033104B"/>
    <w:rsid w:val="00334D22"/>
    <w:rsid w:val="003405CC"/>
    <w:rsid w:val="00342616"/>
    <w:rsid w:val="00354AFF"/>
    <w:rsid w:val="00364E12"/>
    <w:rsid w:val="00390B7B"/>
    <w:rsid w:val="0039263D"/>
    <w:rsid w:val="003A05EE"/>
    <w:rsid w:val="003A53D5"/>
    <w:rsid w:val="003D6B0F"/>
    <w:rsid w:val="003E2D0C"/>
    <w:rsid w:val="003F21F5"/>
    <w:rsid w:val="003F69CB"/>
    <w:rsid w:val="00404AE1"/>
    <w:rsid w:val="0040644A"/>
    <w:rsid w:val="0041631E"/>
    <w:rsid w:val="00417AE3"/>
    <w:rsid w:val="004214BC"/>
    <w:rsid w:val="004271DB"/>
    <w:rsid w:val="00427F09"/>
    <w:rsid w:val="00434805"/>
    <w:rsid w:val="004465E5"/>
    <w:rsid w:val="0045287C"/>
    <w:rsid w:val="00463C9F"/>
    <w:rsid w:val="00464BDE"/>
    <w:rsid w:val="00481C9C"/>
    <w:rsid w:val="00486305"/>
    <w:rsid w:val="004A782C"/>
    <w:rsid w:val="004B53A4"/>
    <w:rsid w:val="004E7714"/>
    <w:rsid w:val="004E79DD"/>
    <w:rsid w:val="004F2BD4"/>
    <w:rsid w:val="005078E8"/>
    <w:rsid w:val="005112E0"/>
    <w:rsid w:val="0053132F"/>
    <w:rsid w:val="0054578F"/>
    <w:rsid w:val="00551F19"/>
    <w:rsid w:val="00557144"/>
    <w:rsid w:val="00562330"/>
    <w:rsid w:val="00575034"/>
    <w:rsid w:val="005846A0"/>
    <w:rsid w:val="005A0A85"/>
    <w:rsid w:val="005B446A"/>
    <w:rsid w:val="005C2A06"/>
    <w:rsid w:val="005C793D"/>
    <w:rsid w:val="005D1019"/>
    <w:rsid w:val="005F24CE"/>
    <w:rsid w:val="006277CA"/>
    <w:rsid w:val="00645D73"/>
    <w:rsid w:val="00653D6F"/>
    <w:rsid w:val="00671BB3"/>
    <w:rsid w:val="00671E31"/>
    <w:rsid w:val="006758DB"/>
    <w:rsid w:val="00677E83"/>
    <w:rsid w:val="00685EB8"/>
    <w:rsid w:val="00696E86"/>
    <w:rsid w:val="006A586C"/>
    <w:rsid w:val="006A610A"/>
    <w:rsid w:val="006B13CE"/>
    <w:rsid w:val="006C2069"/>
    <w:rsid w:val="006E4D30"/>
    <w:rsid w:val="006E7CB2"/>
    <w:rsid w:val="006F430A"/>
    <w:rsid w:val="00704A16"/>
    <w:rsid w:val="00707A85"/>
    <w:rsid w:val="007104E3"/>
    <w:rsid w:val="007279BA"/>
    <w:rsid w:val="00750C5C"/>
    <w:rsid w:val="00753E7A"/>
    <w:rsid w:val="00764143"/>
    <w:rsid w:val="00771839"/>
    <w:rsid w:val="0077675A"/>
    <w:rsid w:val="0078536C"/>
    <w:rsid w:val="0078626C"/>
    <w:rsid w:val="00790513"/>
    <w:rsid w:val="007923E8"/>
    <w:rsid w:val="007959AB"/>
    <w:rsid w:val="007A575B"/>
    <w:rsid w:val="007E53D3"/>
    <w:rsid w:val="00814661"/>
    <w:rsid w:val="00835FDD"/>
    <w:rsid w:val="00836D15"/>
    <w:rsid w:val="00845938"/>
    <w:rsid w:val="00862124"/>
    <w:rsid w:val="00865155"/>
    <w:rsid w:val="008654BF"/>
    <w:rsid w:val="00866E52"/>
    <w:rsid w:val="00866F5E"/>
    <w:rsid w:val="00887462"/>
    <w:rsid w:val="008E0046"/>
    <w:rsid w:val="00941E23"/>
    <w:rsid w:val="0097227D"/>
    <w:rsid w:val="009C0D46"/>
    <w:rsid w:val="009C2553"/>
    <w:rsid w:val="009C696B"/>
    <w:rsid w:val="009C7B39"/>
    <w:rsid w:val="009D3054"/>
    <w:rsid w:val="00A04749"/>
    <w:rsid w:val="00A10A8E"/>
    <w:rsid w:val="00A11580"/>
    <w:rsid w:val="00A57E1C"/>
    <w:rsid w:val="00A674F6"/>
    <w:rsid w:val="00A8179B"/>
    <w:rsid w:val="00A81FB0"/>
    <w:rsid w:val="00AA1D8D"/>
    <w:rsid w:val="00AB0E6A"/>
    <w:rsid w:val="00AC41B3"/>
    <w:rsid w:val="00AC4DCE"/>
    <w:rsid w:val="00AC5B13"/>
    <w:rsid w:val="00AD4EA4"/>
    <w:rsid w:val="00AE0F66"/>
    <w:rsid w:val="00AF2A83"/>
    <w:rsid w:val="00AF742F"/>
    <w:rsid w:val="00B03A60"/>
    <w:rsid w:val="00B44BED"/>
    <w:rsid w:val="00B4682E"/>
    <w:rsid w:val="00B47730"/>
    <w:rsid w:val="00B62A7F"/>
    <w:rsid w:val="00B87603"/>
    <w:rsid w:val="00BA1B05"/>
    <w:rsid w:val="00BB1BCE"/>
    <w:rsid w:val="00BC3503"/>
    <w:rsid w:val="00BC5256"/>
    <w:rsid w:val="00BD0990"/>
    <w:rsid w:val="00BE1E5F"/>
    <w:rsid w:val="00BF3FB4"/>
    <w:rsid w:val="00C268D1"/>
    <w:rsid w:val="00C5274C"/>
    <w:rsid w:val="00C52C0F"/>
    <w:rsid w:val="00C556D5"/>
    <w:rsid w:val="00C60F19"/>
    <w:rsid w:val="00C706BB"/>
    <w:rsid w:val="00C709F7"/>
    <w:rsid w:val="00C80A81"/>
    <w:rsid w:val="00CA53CB"/>
    <w:rsid w:val="00CB0664"/>
    <w:rsid w:val="00CE11CC"/>
    <w:rsid w:val="00CE6D43"/>
    <w:rsid w:val="00CF3B5D"/>
    <w:rsid w:val="00CF3F66"/>
    <w:rsid w:val="00D121F3"/>
    <w:rsid w:val="00D1306C"/>
    <w:rsid w:val="00D13490"/>
    <w:rsid w:val="00D16B84"/>
    <w:rsid w:val="00D37577"/>
    <w:rsid w:val="00D43A9A"/>
    <w:rsid w:val="00D440B9"/>
    <w:rsid w:val="00D9400C"/>
    <w:rsid w:val="00D96FDB"/>
    <w:rsid w:val="00D9772B"/>
    <w:rsid w:val="00DA05AF"/>
    <w:rsid w:val="00DA265F"/>
    <w:rsid w:val="00DC4652"/>
    <w:rsid w:val="00DD287B"/>
    <w:rsid w:val="00E0633B"/>
    <w:rsid w:val="00E06505"/>
    <w:rsid w:val="00E139CB"/>
    <w:rsid w:val="00E1432F"/>
    <w:rsid w:val="00E35879"/>
    <w:rsid w:val="00E5661F"/>
    <w:rsid w:val="00E71E4A"/>
    <w:rsid w:val="00E75614"/>
    <w:rsid w:val="00E850EB"/>
    <w:rsid w:val="00E97C4D"/>
    <w:rsid w:val="00EA41EB"/>
    <w:rsid w:val="00EB138F"/>
    <w:rsid w:val="00EB2705"/>
    <w:rsid w:val="00F006A2"/>
    <w:rsid w:val="00F221DA"/>
    <w:rsid w:val="00F233AE"/>
    <w:rsid w:val="00F23EF9"/>
    <w:rsid w:val="00F32C49"/>
    <w:rsid w:val="00F36D84"/>
    <w:rsid w:val="00F37468"/>
    <w:rsid w:val="00F45E6B"/>
    <w:rsid w:val="00F500DD"/>
    <w:rsid w:val="00F57407"/>
    <w:rsid w:val="00F57C1B"/>
    <w:rsid w:val="00F6582C"/>
    <w:rsid w:val="00F67F96"/>
    <w:rsid w:val="00F77E1D"/>
    <w:rsid w:val="00F92E81"/>
    <w:rsid w:val="00FB5908"/>
    <w:rsid w:val="00FC693F"/>
    <w:rsid w:val="00FC7F6A"/>
    <w:rsid w:val="00FD3B11"/>
    <w:rsid w:val="00FF70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36B7167"/>
  <w14:defaultImageDpi w14:val="330"/>
  <w15:docId w15:val="{FFBD4262-E9ED-40C9-8BB0-7B11B330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EB138F"/>
    <w:rPr>
      <w:rFonts w:ascii="ＭＳ 明朝" w:eastAsia="ＭＳ 明朝"/>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18">
    <w:name w:val="表 (格子)1"/>
    <w:basedOn w:val="a3"/>
    <w:next w:val="afe"/>
    <w:rsid w:val="00334D22"/>
    <w:pPr>
      <w:spacing w:after="0" w:line="240" w:lineRule="auto"/>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2">
    <w:name w:val="表 (格子)2"/>
    <w:basedOn w:val="a3"/>
    <w:next w:val="afe"/>
    <w:rsid w:val="00845938"/>
    <w:pPr>
      <w:spacing w:after="0" w:line="240" w:lineRule="auto"/>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e">
    <w:name w:val="表 (格子)3"/>
    <w:basedOn w:val="a3"/>
    <w:next w:val="afe"/>
    <w:rsid w:val="00845938"/>
    <w:pPr>
      <w:spacing w:after="0" w:line="240" w:lineRule="auto"/>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
    <w:name w:val="表 (格子)4"/>
    <w:basedOn w:val="a3"/>
    <w:next w:val="afe"/>
    <w:rsid w:val="00845938"/>
    <w:pPr>
      <w:spacing w:after="0" w:line="240" w:lineRule="auto"/>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te Heading"/>
    <w:basedOn w:val="a1"/>
    <w:next w:val="a1"/>
    <w:link w:val="aff0"/>
    <w:uiPriority w:val="99"/>
    <w:unhideWhenUsed/>
    <w:rsid w:val="00AF742F"/>
    <w:pPr>
      <w:jc w:val="center"/>
    </w:pPr>
    <w:rPr>
      <w:rFonts w:ascii="Century" w:hAnsi="Century" w:cs="Times New Roman"/>
      <w:kern w:val="2"/>
      <w:sz w:val="24"/>
      <w:szCs w:val="24"/>
      <w:lang w:eastAsia="ja-JP"/>
    </w:rPr>
  </w:style>
  <w:style w:type="character" w:customStyle="1" w:styleId="aff0">
    <w:name w:val="記 (文字)"/>
    <w:basedOn w:val="a2"/>
    <w:link w:val="aff"/>
    <w:uiPriority w:val="99"/>
    <w:rsid w:val="00AF742F"/>
    <w:rPr>
      <w:rFonts w:ascii="Century" w:eastAsia="ＭＳ 明朝" w:hAnsi="Century" w:cs="Times New Roman"/>
      <w:kern w:val="2"/>
      <w:sz w:val="24"/>
      <w:szCs w:val="24"/>
      <w:lang w:eastAsia="ja-JP"/>
    </w:rPr>
  </w:style>
  <w:style w:type="paragraph" w:styleId="aff1">
    <w:name w:val="Closing"/>
    <w:basedOn w:val="a1"/>
    <w:link w:val="aff2"/>
    <w:uiPriority w:val="99"/>
    <w:unhideWhenUsed/>
    <w:rsid w:val="00AF742F"/>
    <w:pPr>
      <w:jc w:val="right"/>
    </w:pPr>
    <w:rPr>
      <w:rFonts w:ascii="Century" w:hAnsi="Century" w:cs="Times New Roman"/>
      <w:kern w:val="2"/>
      <w:sz w:val="24"/>
      <w:szCs w:val="24"/>
      <w:lang w:eastAsia="ja-JP"/>
    </w:rPr>
  </w:style>
  <w:style w:type="character" w:customStyle="1" w:styleId="aff2">
    <w:name w:val="結語 (文字)"/>
    <w:basedOn w:val="a2"/>
    <w:link w:val="aff1"/>
    <w:uiPriority w:val="99"/>
    <w:rsid w:val="00AF742F"/>
    <w:rPr>
      <w:rFonts w:ascii="Century" w:eastAsia="ＭＳ 明朝" w:hAnsi="Century" w:cs="Times New Roman"/>
      <w:kern w:val="2"/>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1647</TotalTime>
  <Pages>6</Pages>
  <Words>188</Words>
  <Characters>1072</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masaki-admin</cp:lastModifiedBy>
  <cp:revision>76</cp:revision>
  <cp:lastPrinted>2026-07-28T05:39:00Z</cp:lastPrinted>
  <dcterms:created xsi:type="dcterms:W3CDTF">2013-12-23T23:15:00Z</dcterms:created>
  <dcterms:modified xsi:type="dcterms:W3CDTF">2026-08-07T00:19:00Z</dcterms:modified>
  <cp:category/>
</cp:coreProperties>
</file>